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ABRECHNUNG EIGENLEISTUNG VERSICHERUNG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(Versicherung) :</w:t>
      </w:r>
    </w:p>
    <w:p>
      <w:r>
        <w:rPr>
          <w:b w:val="0"/>
          <w:sz w:val="20"/>
        </w:rPr>
        <w:t>Name der Versicherung : 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Versicherungsnummer : ______________________________________________</w:t>
      </w:r>
    </w:p>
    <w:p/>
    <w:p>
      <w:r>
        <w:rPr>
          <w:b/>
          <w:sz w:val="20"/>
        </w:rPr>
        <w:t>Beschreibung der Eigenleistung :</w:t>
      </w:r>
    </w:p>
    <w:p>
      <w:r>
        <w:rPr>
          <w:b w:val="0"/>
          <w:sz w:val="20"/>
        </w:rPr>
        <w:t>Art der Leistung : ____________________________________________________</w:t>
      </w:r>
    </w:p>
    <w:p>
      <w:r>
        <w:rPr>
          <w:b w:val="0"/>
          <w:sz w:val="20"/>
        </w:rPr>
        <w:t>Beschreibung : 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Zeitraum der Eigenleistung : ________________________________________</w:t>
      </w:r>
    </w:p>
    <w:p>
      <w:r>
        <w:rPr>
          <w:b w:val="0"/>
          <w:sz w:val="20"/>
        </w:rPr>
        <w:t>Ort der Leistung : ___________________________________________________</w:t>
      </w:r>
    </w:p>
    <w:p/>
    <w:p>
      <w:r>
        <w:rPr>
          <w:b/>
          <w:sz w:val="20"/>
        </w:rPr>
        <w:t>Kostenaufstellung der Eigenleistung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Beschreibung</w:t>
            </w:r>
          </w:p>
        </w:tc>
        <w:tc>
          <w:tcPr>
            <w:tcW w:type="dxa" w:w="3324"/>
          </w:tcPr>
          <w:p>
            <w:r>
              <w:t>Menge / Stunden</w:t>
            </w:r>
          </w:p>
        </w:tc>
        <w:tc>
          <w:tcPr>
            <w:tcW w:type="dxa" w:w="3324"/>
          </w:tcPr>
          <w:p>
            <w:r>
              <w:t>Betrag (EUR)</w:t>
            </w:r>
          </w:p>
        </w:tc>
      </w:tr>
      <w:tr>
        <w:tc>
          <w:tcPr>
            <w:tcW w:type="dxa" w:w="3324"/>
          </w:tcPr>
          <w:p>
            <w:r>
              <w:t>Arbeitsstunden</w:t>
            </w:r>
          </w:p>
        </w:tc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</w:t>
            </w:r>
          </w:p>
        </w:tc>
      </w:tr>
      <w:tr>
        <w:tc>
          <w:tcPr>
            <w:tcW w:type="dxa" w:w="3324"/>
          </w:tcPr>
          <w:p>
            <w:r>
              <w:t>Materialkosten</w:t>
            </w:r>
          </w:p>
        </w:tc>
        <w:tc>
          <w:tcPr>
            <w:tcW w:type="dxa" w:w="3324"/>
          </w:tcPr>
          <w:p>
            <w:r>
              <w:t>-</w:t>
            </w:r>
          </w:p>
        </w:tc>
        <w:tc>
          <w:tcPr>
            <w:tcW w:type="dxa" w:w="3324"/>
          </w:tcPr>
          <w:p>
            <w:r>
              <w:t>__________</w:t>
            </w:r>
          </w:p>
        </w:tc>
      </w:tr>
      <w:tr>
        <w:tc>
          <w:tcPr>
            <w:tcW w:type="dxa" w:w="3324"/>
          </w:tcPr>
          <w:p>
            <w:r>
              <w:t>Sonstige Kosten</w:t>
            </w:r>
          </w:p>
        </w:tc>
        <w:tc>
          <w:tcPr>
            <w:tcW w:type="dxa" w:w="3324"/>
          </w:tcPr>
          <w:p>
            <w:r>
              <w:t>-</w:t>
            </w:r>
          </w:p>
        </w:tc>
        <w:tc>
          <w:tcPr>
            <w:tcW w:type="dxa" w:w="3324"/>
          </w:tcPr>
          <w:p>
            <w:r>
              <w:t>__________</w:t>
            </w:r>
          </w:p>
        </w:tc>
      </w:tr>
    </w:tbl>
    <w:p/>
    <w:p>
      <w:r>
        <w:rPr>
          <w:b/>
          <w:sz w:val="20"/>
        </w:rPr>
        <w:t>Gesamtkosten : ___________________________ EUR</w:t>
      </w:r>
    </w:p>
    <w:p/>
    <w:p>
      <w:r>
        <w:rPr>
          <w:b/>
          <w:sz w:val="20"/>
        </w:rPr>
        <w:t>Zahlungsbedingungen :</w:t>
      </w:r>
    </w:p>
    <w:p>
      <w:r>
        <w:rPr>
          <w:b w:val="0"/>
          <w:sz w:val="20"/>
        </w:rPr>
        <w:t>Die Zahlung erfolgt innerhalb von __________________ Tagen nach Rechnungserhalt.</w:t>
      </w:r>
    </w:p>
    <w:p>
      <w:r>
        <w:rPr>
          <w:b w:val="0"/>
          <w:sz w:val="20"/>
        </w:rPr>
        <w:t>Bankverbindung : ___________________________________________________</w:t>
      </w:r>
    </w:p>
    <w:p>
      <w:r>
        <w:rPr>
          <w:b w:val="0"/>
          <w:sz w:val="20"/>
        </w:rPr>
        <w:t>IBAN : 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 Absender erklärt, dass die Eigenleistung fachgerecht und nach bestem Wissen und Gewissen erbracht wurde.</w:t>
      </w:r>
    </w:p>
    <w:p>
      <w:r>
        <w:rPr>
          <w:b w:val="0"/>
          <w:sz w:val="20"/>
        </w:rPr>
        <w:t>Eine Haftung für Folgeschäden wird ausgeschlossen, soweit gesetzlich zulässig.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Erfüllungsort und Gerichtsstand ist der Sitz des Absenders, sofern nicht anders vereinbart.</w:t>
      </w:r>
    </w:p>
    <w:p>
      <w:r>
        <w:rPr>
          <w:b w:val="0"/>
          <w:sz w:val="20"/>
        </w:rPr>
        <w:t>Es gilt das Recht der Bundesrepublik Deutschland.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ABRECHNENDER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https://dokumentfertig.com/abrechnung-eigenleistung-versicherung-muster/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brechnung-eigenleistung-versicher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