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STORNIERUNG DER REISEBUCHUNG</w:t>
      </w:r>
    </w:p>
    <w:p/>
    <w:p>
      <w:r>
        <w:rPr>
          <w:b w:val="0"/>
          <w:sz w:val="20"/>
        </w:rPr>
        <w:t>Buchungsnummer : __________________________________________</w:t>
      </w:r>
    </w:p>
    <w:p>
      <w:r>
        <w:rPr>
          <w:b w:val="0"/>
          <w:sz w:val="20"/>
        </w:rPr>
        <w:t>Reisender / Reisende : __________________________________________</w:t>
      </w:r>
    </w:p>
    <w:p>
      <w:r>
        <w:rPr>
          <w:b w:val="0"/>
          <w:sz w:val="20"/>
        </w:rPr>
        <w:t>Reiseziel : _________________________________________________</w:t>
      </w:r>
    </w:p>
    <w:p>
      <w:r>
        <w:rPr>
          <w:b w:val="0"/>
          <w:sz w:val="20"/>
        </w:rPr>
        <w:t>Reiseveranstalter : ___________________________________________</w:t>
      </w:r>
    </w:p>
    <w:p/>
    <w:p>
      <w:r>
        <w:rPr>
          <w:b/>
          <w:sz w:val="20"/>
        </w:rPr>
        <w:t>Hiermit storniere ich die oben genannte Reisebuchung verbindlich.</w:t>
      </w:r>
    </w:p>
    <w:p/>
    <w:p>
      <w:r>
        <w:rPr>
          <w:b w:val="0"/>
          <w:sz w:val="20"/>
        </w:rPr>
        <w:t>Grund der Stornierung : ________________________________________</w:t>
      </w:r>
    </w:p>
    <w:p/>
    <w:p>
      <w:r>
        <w:rPr>
          <w:b/>
          <w:sz w:val="20"/>
        </w:rPr>
        <w:t>§ 1 – Geltungsbereich der Stornierung</w:t>
      </w:r>
    </w:p>
    <w:p>
      <w:r>
        <w:rPr>
          <w:b w:val="0"/>
          <w:sz w:val="20"/>
        </w:rPr>
        <w:t>Die Stornierung erfolgt gemäß den Allgemeinen Geschäftsbedingungen des Reiseveranstalters. Alle Ansprüche auf Rückerstattung richten sich nach diesen Bedingungen und dem deutschen Reiserecht.</w:t>
      </w:r>
    </w:p>
    <w:p/>
    <w:p>
      <w:r>
        <w:rPr>
          <w:b/>
          <w:sz w:val="20"/>
        </w:rPr>
        <w:t>§ 2 – Rücktrittsgebühren</w:t>
      </w:r>
    </w:p>
    <w:p>
      <w:r>
        <w:rPr>
          <w:b w:val="0"/>
          <w:sz w:val="20"/>
        </w:rPr>
        <w:t>Mit der Stornierung entstehen Rücktrittsgebühren, deren Höhe sich nach dem Zeitpunkt der Stornierung und den Vertragsbedingungen richtet. Der Reisende verpflichtet sich, diese Gebühren zu zahlen.</w:t>
      </w:r>
    </w:p>
    <w:p/>
    <w:p>
      <w:r>
        <w:rPr>
          <w:b/>
          <w:sz w:val="20"/>
        </w:rPr>
        <w:t>§ 3 – Erstattung bereits geleisteter Zahlungen</w:t>
      </w:r>
    </w:p>
    <w:p>
      <w:r>
        <w:rPr>
          <w:b w:val="0"/>
          <w:sz w:val="20"/>
        </w:rPr>
        <w:t>Sofern eine Erstattung erfolgt, wird diese nach Abzug der anfallenden Rücktrittsgebühren und eventueller weiterer Kosten geleistet.</w:t>
      </w:r>
    </w:p>
    <w:p/>
    <w:p>
      <w:r>
        <w:rPr>
          <w:b/>
          <w:sz w:val="20"/>
        </w:rPr>
        <w:t>§ 4 – Mitwirkungspflicht</w:t>
      </w:r>
    </w:p>
    <w:p>
      <w:r>
        <w:rPr>
          <w:b w:val="0"/>
          <w:sz w:val="20"/>
        </w:rPr>
        <w:t>Der Reisende verpflichtet sich, den Reiseveranstalter unverzüglich schriftlich über die Stornierung zu informieren und alle erforderlichen Unterlagen bereitzustellen.</w:t>
      </w:r>
    </w:p>
    <w:p/>
    <w:p>
      <w:r>
        <w:rPr>
          <w:b/>
          <w:sz w:val="20"/>
        </w:rPr>
        <w:t>§ 5 – Haftung</w:t>
      </w:r>
    </w:p>
    <w:p>
      <w:r>
        <w:rPr>
          <w:b w:val="0"/>
          <w:sz w:val="20"/>
        </w:rPr>
        <w:t>Der Reiseveranstalter haftet nur im Rahmen der gesetzlichen Bestimmungen für Schäden, die durch die Stornierung entstehen.</w:t>
      </w:r>
    </w:p>
    <w:p/>
    <w:p>
      <w:r>
        <w:rPr>
          <w:b/>
          <w:sz w:val="20"/>
        </w:rPr>
        <w:t>§ 6 – Gerichtsstand und anwendbares Recht</w:t>
      </w:r>
    </w:p>
    <w:p>
      <w:r>
        <w:rPr>
          <w:b w:val="0"/>
          <w:sz w:val="20"/>
        </w:rPr>
        <w:t>Für alle Streitigkeiten aus diesem Vertrag gilt das Recht der Bundesrepublik Deutschland. Gerichtsstand ist, soweit gesetzlich zulässig, der Sitz des Reiseveranstalters.</w:t>
      </w:r>
    </w:p>
    <w:p/>
    <w:p/>
    <w:p>
      <w:r>
        <w:rPr>
          <w:b w:val="0"/>
          <w:sz w:val="20"/>
        </w:rPr>
        <w:t>Ort : _____________________________________</w:t>
      </w:r>
    </w:p>
    <w:p>
      <w:r>
        <w:rPr>
          <w:b w:val="0"/>
          <w:sz w:val="20"/>
        </w:rPr>
        <w:t>Unterschrift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Reisender / Reisende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Reiseveranstalter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https://dokumentfertig.com/aida-reise-stornieren-vorlage/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ida-reise-storniere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