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ANAMNESEBOGEN</w:t>
      </w:r>
    </w:p>
    <w:p/>
    <w:p/>
    <w:p>
      <w:r>
        <w:rPr>
          <w:b/>
          <w:sz w:val="20"/>
        </w:rPr>
        <w:t>Patientendaten:</w:t>
      </w:r>
    </w:p>
    <w:p>
      <w:r>
        <w:rPr>
          <w:b w:val="0"/>
          <w:sz w:val="20"/>
        </w:rPr>
        <w:t>Vor- und Nachname : ____________________________________________________</w:t>
      </w:r>
    </w:p>
    <w:p>
      <w:r>
        <w:rPr>
          <w:b w:val="0"/>
          <w:sz w:val="20"/>
        </w:rPr>
        <w:t>Geburtsdatum : 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>
      <w:r>
        <w:rPr>
          <w:b w:val="0"/>
          <w:sz w:val="20"/>
        </w:rPr>
        <w:t>Versichertennummer : ___________________________________________________</w:t>
      </w:r>
    </w:p>
    <w:p/>
    <w:p>
      <w:r>
        <w:rPr>
          <w:b/>
          <w:sz w:val="20"/>
        </w:rPr>
        <w:t>Hauptbeschwerde / Grund der Vorstellung: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Frühere und chronische Erkrankungen:</w:t>
      </w:r>
    </w:p>
    <w:p>
      <w:r>
        <w:rPr>
          <w:b w:val="0"/>
          <w:sz w:val="20"/>
        </w:rPr>
        <w:t>- Herz-Kreislauf-Erkrankungen: ___________________________________________</w:t>
      </w:r>
    </w:p>
    <w:p>
      <w:r>
        <w:rPr>
          <w:b w:val="0"/>
          <w:sz w:val="20"/>
        </w:rPr>
        <w:t>- Diabetes mellitus: _____________________________________________________</w:t>
      </w:r>
    </w:p>
    <w:p>
      <w:r>
        <w:rPr>
          <w:b w:val="0"/>
          <w:sz w:val="20"/>
        </w:rPr>
        <w:t>- Atemwegserkrankungen: _________________________________________________</w:t>
      </w:r>
    </w:p>
    <w:p>
      <w:r>
        <w:rPr>
          <w:b w:val="0"/>
          <w:sz w:val="20"/>
        </w:rPr>
        <w:t>- Allergien: ____________________________________________________________</w:t>
      </w:r>
    </w:p>
    <w:p>
      <w:r>
        <w:rPr>
          <w:b w:val="0"/>
          <w:sz w:val="20"/>
        </w:rPr>
        <w:t>- Operationen und Krankenhausaufenthalte: _________________________________</w:t>
      </w:r>
    </w:p>
    <w:p>
      <w:r>
        <w:rPr>
          <w:b w:val="0"/>
          <w:sz w:val="20"/>
        </w:rPr>
        <w:t>- Sonstige relevante Erkrankungen: _______________________________________</w:t>
      </w:r>
    </w:p>
    <w:p/>
    <w:p>
      <w:r>
        <w:rPr>
          <w:b/>
          <w:sz w:val="20"/>
        </w:rPr>
        <w:t>Aktuelle Medikamente (inkl. Dosierung):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Familienanamnese (Erbkrankheiten, relevante Erkrankungen):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Soziale Anamnese:</w:t>
      </w:r>
    </w:p>
    <w:p>
      <w:r>
        <w:rPr>
          <w:b w:val="0"/>
          <w:sz w:val="20"/>
        </w:rPr>
        <w:t>- Beruf : _______________________________________________________________</w:t>
      </w:r>
    </w:p>
    <w:p>
      <w:r>
        <w:rPr>
          <w:b w:val="0"/>
          <w:sz w:val="20"/>
        </w:rPr>
        <w:t>- Rauchgewohnheiten : ___________________________________________________</w:t>
      </w:r>
    </w:p>
    <w:p>
      <w:r>
        <w:rPr>
          <w:b w:val="0"/>
          <w:sz w:val="20"/>
        </w:rPr>
        <w:t>- Alkoholkonsum : _______________________________________________________</w:t>
      </w:r>
    </w:p>
    <w:p>
      <w:r>
        <w:rPr>
          <w:b w:val="0"/>
          <w:sz w:val="20"/>
        </w:rPr>
        <w:t>- Sonstige relevante Angaben : ___________________________________________</w:t>
      </w:r>
    </w:p>
    <w:p/>
    <w:p>
      <w:r>
        <w:rPr>
          <w:b/>
          <w:sz w:val="20"/>
        </w:rPr>
        <w:t>Allergien und Unverträglichkeiten: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Impfstatus (wichtigste Impfungen):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PATIENT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ARZT / ÄRZTIN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https://dokumentfertig.com/anamnesebogen-vorlage/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anamnesebogen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