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ÄNDERUNGSVERTRAG ZUR UMSTELLUNG VON TEILZEITAUF MINIJOB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>
      <w:r>
        <w:rPr>
          <w:b/>
          <w:sz w:val="20"/>
        </w:rPr>
        <w:t>Angaben des Arbeitgebers :</w:t>
      </w:r>
    </w:p>
    <w:p>
      <w:r>
        <w:rPr>
          <w:b w:val="0"/>
          <w:sz w:val="20"/>
        </w:rPr>
        <w:t>Name / Firma : 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</w:t>
      </w:r>
    </w:p>
    <w:p>
      <w:r>
        <w:rPr>
          <w:b w:val="0"/>
          <w:sz w:val="20"/>
        </w:rPr>
        <w:t>Vertreten durch : __________________________________________________________</w:t>
      </w:r>
    </w:p>
    <w:p/>
    <w:p>
      <w:r>
        <w:rPr>
          <w:b/>
          <w:sz w:val="20"/>
        </w:rPr>
        <w:t>Angaben des Arbeitnehmers :</w:t>
      </w:r>
    </w:p>
    <w:p>
      <w:r>
        <w:rPr>
          <w:b w:val="0"/>
          <w:sz w:val="20"/>
        </w:rPr>
        <w:t>Vor- und Nachname : 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</w:t>
      </w:r>
    </w:p>
    <w:p>
      <w:r>
        <w:rPr>
          <w:b w:val="0"/>
          <w:sz w:val="20"/>
        </w:rPr>
        <w:t>Geburtsdatum : _____________________________________________________________</w:t>
      </w:r>
    </w:p>
    <w:p/>
    <w:p>
      <w:r>
        <w:rPr>
          <w:b/>
          <w:sz w:val="20"/>
        </w:rPr>
        <w:t>Grund der Vertragsänderung :</w:t>
      </w:r>
    </w:p>
    <w:p>
      <w:r>
        <w:rPr>
          <w:b w:val="0"/>
          <w:sz w:val="20"/>
        </w:rPr>
        <w:t>Der bestehende Arbeitsvertrag vom ___________________________ wird hiermit wie folgt geändert:</w:t>
      </w:r>
    </w:p>
    <w:p/>
    <w:p>
      <w:r>
        <w:rPr>
          <w:b/>
          <w:sz w:val="20"/>
        </w:rPr>
        <w:t>§ 1 – Änderung des Arbeitsverhältnisses</w:t>
      </w:r>
    </w:p>
    <w:p>
      <w:r>
        <w:rPr>
          <w:b w:val="0"/>
          <w:sz w:val="20"/>
        </w:rPr>
        <w:t>Das Arbeitsverhältnis wird ab dem ________________ in einen Minijob nach § 8 Abs. 1 Nr. 1 SGB IV (geringfügige Beschäftigung) umgewandelt.</w:t>
      </w:r>
    </w:p>
    <w:p/>
    <w:p>
      <w:r>
        <w:rPr>
          <w:b/>
          <w:sz w:val="20"/>
        </w:rPr>
        <w:t>§ 2 – Arbeitszeit</w:t>
      </w:r>
    </w:p>
    <w:p>
      <w:r>
        <w:rPr>
          <w:b w:val="0"/>
          <w:sz w:val="20"/>
        </w:rPr>
        <w:t>Die regelmäßige Arbeitszeit beträgt nun höchstens 450 EUR monatlich bzw. bis zu 70 Stunden pro Monat, abhängig von der vereinbarten Vergütung.</w:t>
      </w:r>
    </w:p>
    <w:p/>
    <w:p>
      <w:r>
        <w:rPr>
          <w:b/>
          <w:sz w:val="20"/>
        </w:rPr>
        <w:t>§ 3 – Vergütung</w:t>
      </w:r>
    </w:p>
    <w:p>
      <w:r>
        <w:rPr>
          <w:b w:val="0"/>
          <w:sz w:val="20"/>
        </w:rPr>
        <w:t>Die Vergütung wird pauschal mit __________________ EUR monatlich vereinbart und ist jeweils zum Monatsende fällig.</w:t>
      </w:r>
    </w:p>
    <w:p/>
    <w:p>
      <w:r>
        <w:rPr>
          <w:b/>
          <w:sz w:val="20"/>
        </w:rPr>
        <w:t>§ 4 – Sozialversicherung und Steuern</w:t>
      </w:r>
    </w:p>
    <w:p>
      <w:r>
        <w:rPr>
          <w:b w:val="0"/>
          <w:sz w:val="20"/>
        </w:rPr>
        <w:t>Der Minijob wird nach den gesetzlichen Regelungen pauschal sozialversichert. Der Arbeitnehmer ist von der Pflicht zur Abführung von Sozialversicherungsbeiträgen befreit.</w:t>
      </w:r>
    </w:p>
    <w:p/>
    <w:p>
      <w:r>
        <w:rPr>
          <w:b/>
          <w:sz w:val="20"/>
        </w:rPr>
        <w:t>§ 5 – Sonstige Regelungen</w:t>
      </w:r>
    </w:p>
    <w:p>
      <w:r>
        <w:rPr>
          <w:b w:val="0"/>
          <w:sz w:val="20"/>
        </w:rPr>
        <w:t>Alle übrigen Bestimmungen des ursprünglichen Arbeitsvertrages bleiben unverändert und gelten weiterhin, soweit sie nicht durch diesen Änderungsvertrag geändert wurden.</w:t>
      </w:r>
    </w:p>
    <w:p/>
    <w:p>
      <w:r>
        <w:rPr>
          <w:b/>
          <w:sz w:val="20"/>
        </w:rPr>
        <w:t>§ 6 – Vertragsbestandteil</w:t>
      </w:r>
    </w:p>
    <w:p>
      <w:r>
        <w:rPr>
          <w:b w:val="0"/>
          <w:sz w:val="20"/>
        </w:rPr>
        <w:t>Dieser Änderungsvertrag ist Bestandteil des bestehenden Arbeitsvertrages und wird in zwei Ausfertigungen unterzeichnet.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https://dokumentfertig.com/anderungsvertrag-von-teilzeit-auf-minijob/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anderungsvertrag-von-teilzeit-auf-minijob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