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 SCHREIBEN AN DAS NACHLASSGERICHT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 : _________________________________________________________</w:t>
      </w:r>
    </w:p>
    <w:p/>
    <w:p/>
    <w:p>
      <w:r>
        <w:rPr>
          <w:b/>
          <w:sz w:val="20"/>
        </w:rPr>
        <w:t>An :</w:t>
      </w:r>
    </w:p>
    <w:p>
      <w:r>
        <w:rPr>
          <w:b w:val="0"/>
          <w:sz w:val="20"/>
        </w:rPr>
        <w:t>Nachlassgericht _________________________________________________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/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Mitteilung betreffend Nachlassangelegenheiten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informiere ich Sie über den Nachlass des/der Verstorbenen.</w:t>
      </w:r>
    </w:p>
    <w:p>
      <w:r>
        <w:rPr>
          <w:b w:val="0"/>
          <w:sz w:val="20"/>
        </w:rPr>
        <w:t>Bitte finden Sie im Folgenden die erforderlichen Angaben:</w:t>
      </w:r>
    </w:p>
    <w:p/>
    <w:p>
      <w:r>
        <w:rPr>
          <w:b/>
          <w:sz w:val="20"/>
        </w:rPr>
        <w:t>1. Angaben zum/ zur Verstorbenen: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Sterbedatum : _____________________________________________________</w:t>
      </w:r>
    </w:p>
    <w:p>
      <w:r>
        <w:rPr>
          <w:b w:val="0"/>
          <w:sz w:val="20"/>
        </w:rPr>
        <w:t>letzte Anschrift : ________________________________________________</w:t>
      </w:r>
    </w:p>
    <w:p/>
    <w:p>
      <w:r>
        <w:rPr>
          <w:b/>
          <w:sz w:val="20"/>
        </w:rPr>
        <w:t>2. Angaben zum Antragsteller: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Verwandtschaftsverhältnis zum/ zur Verstorbenen : 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3. Nachlassangelegenheiten:</w:t>
      </w:r>
    </w:p>
    <w:p>
      <w:r>
        <w:rPr>
          <w:b w:val="0"/>
          <w:sz w:val="20"/>
        </w:rPr>
        <w:t>Erbschein wird beantragt: □ Ja  □ Nein</w:t>
      </w:r>
    </w:p>
    <w:p>
      <w:r>
        <w:rPr>
          <w:b w:val="0"/>
          <w:sz w:val="20"/>
        </w:rPr>
        <w:t>Vorhandene Testamente oder Erbverträge : __________________________</w:t>
      </w:r>
    </w:p>
    <w:p>
      <w:r>
        <w:rPr>
          <w:b w:val="0"/>
          <w:sz w:val="20"/>
        </w:rPr>
        <w:t>Bekannte Erben : ___________________________________________________</w:t>
      </w:r>
    </w:p>
    <w:p>
      <w:r>
        <w:rPr>
          <w:b w:val="0"/>
          <w:sz w:val="20"/>
        </w:rPr>
        <w:t>Sonstige Mitteilungen : _____________________________________________</w:t>
      </w:r>
    </w:p>
    <w:p/>
    <w:p>
      <w:r>
        <w:rPr>
          <w:b w:val="0"/>
          <w:sz w:val="20"/>
        </w:rPr>
        <w:t>Für Rückfragen stehe ich Ihnen selbstverständlich gerne zur Verfügung.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: 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https://dokumentfertig.com/anschreiben-nachlassgericht/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nschreiben-nachlassgericht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