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ARBEITGEBERBESCHEINIGUNG ZUR VORLAGE BEI DER FAMILIENKASSE</w:t>
      </w:r>
    </w:p>
    <w:p/>
    <w:p/>
    <w:p>
      <w:r>
        <w:rPr>
          <w:b/>
          <w:sz w:val="20"/>
        </w:rPr>
        <w:t>Angaben zum Arbeitgeber:</w:t>
      </w:r>
    </w:p>
    <w:p>
      <w:r>
        <w:rPr>
          <w:b w:val="0"/>
          <w:sz w:val="20"/>
        </w:rPr>
        <w:t>Firmenname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</w:t>
      </w:r>
    </w:p>
    <w:p/>
    <w:p>
      <w:r>
        <w:rPr>
          <w:b/>
          <w:sz w:val="20"/>
        </w:rPr>
        <w:t>Angaben zur beschäftigten Person:</w:t>
      </w:r>
    </w:p>
    <w:p>
      <w:r>
        <w:rPr>
          <w:b w:val="0"/>
          <w:sz w:val="20"/>
        </w:rPr>
        <w:t>Vor- und Nachname : 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/>
    <w:p>
      <w:r>
        <w:rPr>
          <w:b/>
          <w:sz w:val="20"/>
        </w:rPr>
        <w:t>Beschäftigungsart und Zeitraum:</w:t>
      </w:r>
    </w:p>
    <w:p>
      <w:r>
        <w:rPr>
          <w:b w:val="0"/>
          <w:sz w:val="20"/>
        </w:rPr>
        <w:t>Beschäftigungsart : _______________________________________________________</w:t>
      </w:r>
    </w:p>
    <w:p>
      <w:r>
        <w:rPr>
          <w:b w:val="0"/>
          <w:sz w:val="20"/>
        </w:rPr>
        <w:t>Beginn der Beschäftigung : ________________________________________________</w:t>
      </w:r>
    </w:p>
    <w:p>
      <w:r>
        <w:rPr>
          <w:b w:val="0"/>
          <w:sz w:val="20"/>
        </w:rPr>
        <w:t>Ende der Beschäftigung (falls befristet) : _________________________________</w:t>
      </w:r>
    </w:p>
    <w:p/>
    <w:p>
      <w:r>
        <w:rPr>
          <w:b/>
          <w:sz w:val="20"/>
        </w:rPr>
        <w:t>Arbeitszeit und Verdienst:</w:t>
      </w:r>
    </w:p>
    <w:p>
      <w:r>
        <w:rPr>
          <w:b w:val="0"/>
          <w:sz w:val="20"/>
        </w:rPr>
        <w:t>Wöchentliche Arbeitszeit : _________________________________________________</w:t>
      </w:r>
    </w:p>
    <w:p>
      <w:r>
        <w:rPr>
          <w:b w:val="0"/>
          <w:sz w:val="20"/>
        </w:rPr>
        <w:t>Monatliches Bruttoentgelt : _______________________________________________</w:t>
      </w:r>
    </w:p>
    <w:p>
      <w:r>
        <w:rPr>
          <w:b w:val="0"/>
          <w:sz w:val="20"/>
        </w:rPr>
        <w:t>Zahlungsweise (z.B. monatlich, wöchentlich) : ______________________________</w:t>
      </w:r>
    </w:p>
    <w:p/>
    <w:p>
      <w:r>
        <w:rPr>
          <w:b/>
          <w:sz w:val="20"/>
        </w:rPr>
        <w:t>Sonstige Angaben:</w:t>
      </w:r>
    </w:p>
    <w:p>
      <w:r>
        <w:rPr>
          <w:b w:val="0"/>
          <w:sz w:val="20"/>
        </w:rPr>
        <w:t>Der/die genannte Arbeitnehmer/-in ist bei uns sozialversicherungspflichtig beschäftigt.</w:t>
      </w:r>
    </w:p>
    <w:p>
      <w:r>
        <w:rPr>
          <w:b w:val="0"/>
          <w:sz w:val="20"/>
        </w:rPr>
        <w:t>Die Beschäftigung ist während des angegebenen Zeitraums ununterbrochen ausgeübt worden.</w:t>
      </w:r>
    </w:p>
    <w:p/>
    <w:p>
      <w:r>
        <w:rPr>
          <w:b w:val="0"/>
          <w:sz w:val="20"/>
        </w:rPr>
        <w:t>Ort, Datum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Beschäftigte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https://dokumentfertig.com/arbeitgeberbescheinigung-zur-vorlage-bei-der-familienkasse-ausfullhilfe/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rbeitgeberbescheinigung-zur-vorlage-bei-der-familienkasse-ausfullhilf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