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AUFHEBUNGSVERTRAG GEWERBEMIETVERTRAG</w:t>
      </w:r>
    </w:p>
    <w:p/>
    <w:p>
      <w:r>
        <w:rPr>
          <w:b/>
          <w:sz w:val="20"/>
        </w:rPr>
        <w:t>Zwischen</w:t>
      </w:r>
    </w:p>
    <w:p>
      <w:r>
        <w:rPr>
          <w:b w:val="0"/>
          <w:sz w:val="20"/>
        </w:rPr>
        <w:t>Vermieter : _________________________________________________________________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</w:t>
      </w:r>
    </w:p>
    <w:p/>
    <w:p>
      <w:r>
        <w:rPr>
          <w:b/>
          <w:sz w:val="20"/>
        </w:rPr>
        <w:t>und</w:t>
      </w:r>
    </w:p>
    <w:p>
      <w:r>
        <w:rPr>
          <w:b w:val="0"/>
          <w:sz w:val="20"/>
        </w:rPr>
        <w:t>Mieter : ___________________________________________________________________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Die Parteien heben den bestehenden Gewerbemietvertrag über die folgenden Mieträume einvernehmlich auf:</w:t>
      </w:r>
    </w:p>
    <w:p>
      <w:r>
        <w:rPr>
          <w:b w:val="0"/>
          <w:sz w:val="20"/>
        </w:rPr>
        <w:t>Adresse der Mieträume : ____________________________________________________</w:t>
      </w:r>
    </w:p>
    <w:p>
      <w:r>
        <w:rPr>
          <w:b w:val="0"/>
          <w:sz w:val="20"/>
        </w:rPr>
        <w:t>Mietvertragsdatum : _______________________________________________________</w:t>
      </w:r>
    </w:p>
    <w:p/>
    <w:p>
      <w:r>
        <w:rPr>
          <w:b/>
          <w:sz w:val="20"/>
        </w:rPr>
        <w:t>§ 2 – Aufhebungszeitpunkt</w:t>
      </w:r>
    </w:p>
    <w:p>
      <w:r>
        <w:rPr>
          <w:b w:val="0"/>
          <w:sz w:val="20"/>
        </w:rPr>
        <w:t>Der Mietvertrag wird mit Wirkung zum folgenden Zeitpunkt aufgehoben:</w:t>
      </w:r>
    </w:p>
    <w:p>
      <w:r>
        <w:rPr>
          <w:b w:val="0"/>
          <w:sz w:val="20"/>
        </w:rPr>
        <w:t>Datum der Vertragsaufhebung : _____________________________________________</w:t>
      </w:r>
    </w:p>
    <w:p/>
    <w:p>
      <w:r>
        <w:rPr>
          <w:b/>
          <w:sz w:val="20"/>
        </w:rPr>
        <w:t>§ 3 – Rückgabe der Mieträume</w:t>
      </w:r>
    </w:p>
    <w:p>
      <w:r>
        <w:rPr>
          <w:b w:val="0"/>
          <w:sz w:val="20"/>
        </w:rPr>
        <w:t>Der Mieter verpflichtet sich, die Mieträume bis zum Aufhebungszeitpunkt in vertragsgemäßem Zustand zurückzugeben.</w:t>
      </w:r>
    </w:p>
    <w:p>
      <w:r>
        <w:rPr>
          <w:b w:val="0"/>
          <w:sz w:val="20"/>
        </w:rPr>
        <w:t>Etwaige Schäden und offene Forderungen sind gesondert zu regeln.</w:t>
      </w:r>
    </w:p>
    <w:p/>
    <w:p>
      <w:r>
        <w:rPr>
          <w:b/>
          <w:sz w:val="20"/>
        </w:rPr>
        <w:t>§ 4 – Zahlungspflichten</w:t>
      </w:r>
    </w:p>
    <w:p>
      <w:r>
        <w:rPr>
          <w:b w:val="0"/>
          <w:sz w:val="20"/>
        </w:rPr>
        <w:t>Bis zum Aufhebungszeitpunkt ist die Miete vollständig zu entrichten.</w:t>
      </w:r>
    </w:p>
    <w:p>
      <w:r>
        <w:rPr>
          <w:b w:val="0"/>
          <w:sz w:val="20"/>
        </w:rPr>
        <w:t>Eine Rückzahlung bereits geleisteter Kautionen erfolgt nach Rückgabe und Abnahme der Mieträume.</w:t>
      </w:r>
    </w:p>
    <w:p/>
    <w:p>
      <w:r>
        <w:rPr>
          <w:b/>
          <w:sz w:val="20"/>
        </w:rPr>
        <w:t>§ 5 – Sonstige Vereinbarungen</w:t>
      </w:r>
    </w:p>
    <w:p>
      <w:r>
        <w:rPr>
          <w:b w:val="0"/>
          <w:sz w:val="20"/>
        </w:rPr>
        <w:t>____________________________________________________________</w:t>
      </w:r>
    </w:p>
    <w:p>
      <w:r>
        <w:rPr>
          <w:b w:val="0"/>
          <w:sz w:val="20"/>
        </w:rPr>
        <w:t>____________________________________________________________</w:t>
      </w:r>
    </w:p>
    <w:p>
      <w:r>
        <w:rPr>
          <w:b w:val="0"/>
          <w:sz w:val="20"/>
        </w:rPr>
        <w:t>____________________________________________________________</w:t>
      </w:r>
    </w:p>
    <w:p/>
    <w:p>
      <w:r>
        <w:rPr>
          <w:b/>
          <w:sz w:val="20"/>
        </w:rPr>
        <w:t>§ 6 – Schlussbestimmungen</w:t>
      </w:r>
    </w:p>
    <w:p>
      <w:r>
        <w:rPr>
          <w:b w:val="0"/>
          <w:sz w:val="20"/>
        </w:rPr>
        <w:t>Mit Unterzeichnung dieses Aufhebungsvertrages sind alle Ansprüche aus dem Mietvertrag abgegolten, sofern nichts anderes vereinbart wurde.</w:t>
      </w:r>
    </w:p>
    <w:p>
      <w:r>
        <w:rPr>
          <w:b w:val="0"/>
          <w:sz w:val="20"/>
        </w:rPr>
        <w:t>Änderungen und Ergänzungen dieses Vertrages bedürfen der Schriftform.</w:t>
      </w:r>
    </w:p>
    <w:p>
      <w:r>
        <w:rPr>
          <w:b w:val="0"/>
          <w:sz w:val="20"/>
        </w:rPr>
        <w:t>Sollten einzelne Bestimmungen dieses Vertrages unwirksam sein, bleibt die Wirksamkeit der übrigen Bestimmungen unberührt.</w:t>
      </w:r>
    </w:p>
    <w:p/>
    <w:p/>
    <w:p>
      <w:r>
        <w:rPr>
          <w:b w:val="0"/>
          <w:sz w:val="20"/>
        </w:rPr>
        <w:t>Ort : __________________________________________________________</w:t>
      </w:r>
    </w:p>
    <w:p>
      <w:r>
        <w:rPr>
          <w:b w:val="0"/>
          <w:sz w:val="20"/>
        </w:rPr>
        <w:t>Datum : 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https://dokumentfertig.com/aufhebungsvertrag-gewerbemietvertrag/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aufhebungsvertrag-gewerbemietvertrag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