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</w:t>
      </w:r>
    </w:p>
    <w:p>
      <w:pPr>
        <w:jc w:val="center"/>
      </w:pPr>
      <w:r>
        <w:rPr>
          <w:b/>
          <w:sz w:val="20"/>
        </w:rPr>
        <w:t>mit Wiedereinstellungszusage</w:t>
      </w:r>
    </w:p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Firma / Arbeitgeber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__________________________________________________________</w:t>
      </w:r>
    </w:p>
    <w:p/>
    <w:p>
      <w:r>
        <w:rPr>
          <w:b/>
          <w:sz w:val="20"/>
        </w:rPr>
        <w:t>und</w:t>
      </w:r>
    </w:p>
    <w:p>
      <w:r>
        <w:rPr>
          <w:b w:val="0"/>
          <w:sz w:val="20"/>
        </w:rPr>
        <w:t>Herrn/Frau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Parteien sind übereingekommen, das bestehende Arbeitsverhältnis einvernehmlich zu beenden. Gleichzeitig erklärt der Arbeitgeber eine ausdrückliche Zusage zur Wiedereinstellung zu den nachfolgend genannten Bedingungen.</w:t>
      </w:r>
    </w:p>
    <w:p/>
    <w:p>
      <w:r>
        <w:rPr>
          <w:b/>
          <w:sz w:val="20"/>
        </w:rPr>
        <w:t>§ 1 Beendigung des Arbeitsverhältnisses</w:t>
      </w:r>
    </w:p>
    <w:p>
      <w:r>
        <w:rPr>
          <w:b w:val="0"/>
          <w:sz w:val="20"/>
        </w:rPr>
        <w:t>Das Arbeitsverhältnis zwischen den Parteien endet mit Wirkung zum _______________________ durch diesen Aufhebungsvertrag. Mit Ablauf dieses Tages erlöschen alle gegenseitigen Ansprüche aus dem Arbeitsverhältnis, sofern nachfolgend nichts anderes geregelt ist.</w:t>
      </w:r>
    </w:p>
    <w:p/>
    <w:p>
      <w:r>
        <w:rPr>
          <w:b/>
          <w:sz w:val="20"/>
        </w:rPr>
        <w:t>§ 2 Wiedereinstellungszusage</w:t>
      </w:r>
    </w:p>
    <w:p>
      <w:r>
        <w:rPr>
          <w:b w:val="0"/>
          <w:sz w:val="20"/>
        </w:rPr>
        <w:t>Der Arbeitgeber sichert hiermit zu, den Arbeitnehmer nach vorheriger Beendigung dieses Arbeitsverhältnisses wieder einzustellen. Die Wiedereinstellung erfolgt unter folgenden Bedingungen:</w:t>
      </w:r>
    </w:p>
    <w:p>
      <w:r>
        <w:rPr>
          <w:b/>
          <w:sz w:val="20"/>
        </w:rPr>
        <w:t>1. Zeitpunkt und Dauer der Wiedereinstellung 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/>
          <w:sz w:val="20"/>
        </w:rPr>
        <w:t>2. Art der Tätigkeit 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/>
          <w:sz w:val="20"/>
        </w:rPr>
        <w:t>3. Arbeitsort 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/>
          <w:sz w:val="20"/>
        </w:rPr>
        <w:t>4. Vergütung 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§ 3 Abwicklung bis zur Beendigung</w:t>
      </w:r>
    </w:p>
    <w:p>
      <w:r>
        <w:rPr>
          <w:b w:val="0"/>
          <w:sz w:val="20"/>
        </w:rPr>
        <w:t>Bis zum Beendigungszeitpunkt sind die vertraglichen Pflichten aus dem Arbeitsverhältnis ordnungsgemäß zu erfüllen. Etwaige Urlaubsansprüche und Überstunden werden wie folgt abgegolten: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§ 4 Schlussbestimmungen</w:t>
      </w:r>
    </w:p>
    <w:p>
      <w:r>
        <w:rPr>
          <w:b w:val="0"/>
          <w:sz w:val="20"/>
        </w:rPr>
        <w:t>Änderungen und Ergänzungen dieses Vertrags bedürfen der Schriftform. Sollten einzelne Bestimmungen dieses Vertrags unwirksam sein oder werden, so wird die Wirksamkeit der übrigen Bestimmungen hiervon nicht berührt.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https://dokumentfertig.com/aufhebungsvertrag-mit-wiedereinstellungszusage-muster/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ufhebungsvertrag-mit-wiedereinstellungszusage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