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VORLAGE AUSLAGENERSTATTUNG</w:t>
      </w:r>
    </w:p>
    <w:p/>
    <w:p>
      <w:r>
        <w:rPr>
          <w:b/>
          <w:sz w:val="20"/>
        </w:rPr>
        <w:t>Angaben zum Erstattungsnehmer: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zum Erstattungsgeber:</w:t>
      </w:r>
    </w:p>
    <w:p>
      <w:r>
        <w:rPr>
          <w:b w:val="0"/>
          <w:sz w:val="20"/>
        </w:rPr>
        <w:t>Firma/Name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Details der Auslagenerstattung:</w:t>
      </w:r>
    </w:p>
    <w:p>
      <w:r>
        <w:rPr>
          <w:b w:val="0"/>
          <w:sz w:val="20"/>
        </w:rPr>
        <w:t>Beschreibung der Auslagen : _________________________________________</w:t>
      </w:r>
    </w:p>
    <w:p>
      <w:r>
        <w:rPr>
          <w:b w:val="0"/>
          <w:sz w:val="20"/>
        </w:rPr>
        <w:t>Datum der Auslagen : ________________________________________________</w:t>
      </w:r>
    </w:p>
    <w:p>
      <w:r>
        <w:rPr>
          <w:b w:val="0"/>
          <w:sz w:val="20"/>
        </w:rPr>
        <w:t>Betrag der Auslagen : _________________ EUR</w:t>
      </w:r>
    </w:p>
    <w:p>
      <w:r>
        <w:rPr>
          <w:b w:val="0"/>
          <w:sz w:val="20"/>
        </w:rPr>
        <w:t>Belegnummer / Rechnungsnummer : 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Hiermit bestätigt der Erstattungsgeber die Erstattung der oben genannten Auslagen in Höhe des genannten Betrags.</w:t>
      </w:r>
    </w:p>
    <w:p>
      <w:r>
        <w:rPr>
          <w:b w:val="0"/>
          <w:sz w:val="20"/>
        </w:rPr>
        <w:t>Die Auslagenerstattung erfolgt auf Grundlage der gesetzlichen Bestimmungen gemäß § 670 BGB.</w:t>
      </w:r>
    </w:p>
    <w:p/>
    <w:p>
      <w:r>
        <w:rPr>
          <w:b/>
          <w:sz w:val="20"/>
        </w:rPr>
        <w:t>Zahlungsmodalitäten:</w:t>
      </w:r>
    </w:p>
    <w:p>
      <w:r>
        <w:rPr>
          <w:b w:val="0"/>
          <w:sz w:val="20"/>
        </w:rPr>
        <w:t>Die Erstattung erfolgt spätestens innerhalb von _______ Tagen nach Vorlage dieses Dokuments und der Belege.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Mit der Erstattung sind sämtliche Ansprüche aus den Auslagen abgegolten. Weitere Forderungen bestehen nicht.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Unterschrift Erstattungsnehmer : _____________________________________</w:t>
      </w:r>
    </w:p>
    <w:p>
      <w:r>
        <w:rPr>
          <w:b w:val="0"/>
          <w:sz w:val="20"/>
        </w:rPr>
        <w:t>Unterschrift Erstattungsgeber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Erstattungsnehmer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Erstattungsgeber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https://dokumentfertig.com/auslagenerstattung-vorlage/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uslagenerstattung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