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BESCHEINIGUNG DER AUSBILDUNGSSTÄTTE</w:t>
      </w:r>
    </w:p>
    <w:p/>
    <w:p/>
    <w:p>
      <w:r>
        <w:rPr>
          <w:b/>
          <w:sz w:val="20"/>
        </w:rPr>
        <w:t>Hiermit wird bescheinigt, dass folgende Ausbildungsstätte die nachfolgenden Angaben erfüllt:</w:t>
      </w:r>
    </w:p>
    <w:p/>
    <w:p>
      <w:r>
        <w:rPr>
          <w:b/>
          <w:sz w:val="20"/>
        </w:rPr>
        <w:t>Angaben zur Ausbildungsstätte:</w:t>
      </w:r>
    </w:p>
    <w:p>
      <w:r>
        <w:rPr>
          <w:b w:val="0"/>
          <w:sz w:val="20"/>
        </w:rPr>
        <w:t>Name der Ausbildungsstätte : 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___________________________________________________________</w:t>
      </w:r>
    </w:p>
    <w:p/>
    <w:p>
      <w:r>
        <w:rPr>
          <w:b/>
          <w:sz w:val="20"/>
        </w:rPr>
        <w:t>Ausbildungsberuf :</w:t>
      </w:r>
    </w:p>
    <w:p>
      <w:r>
        <w:rPr>
          <w:b w:val="0"/>
          <w:sz w:val="20"/>
        </w:rPr>
        <w:t>Bezeichnung des Ausbildungsberufs : _________________________________________</w:t>
      </w:r>
    </w:p>
    <w:p>
      <w:r>
        <w:rPr>
          <w:b w:val="0"/>
          <w:sz w:val="20"/>
        </w:rPr>
        <w:t>Ausbildungsdauer : __________________ Monate</w:t>
      </w:r>
    </w:p>
    <w:p/>
    <w:p>
      <w:r>
        <w:rPr>
          <w:b/>
          <w:sz w:val="20"/>
        </w:rPr>
        <w:t>Ausbildungsinhalte / Tätigkeitsbereiche 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Verantwortliche Personen der Ausbildungsstätte :</w:t>
      </w:r>
    </w:p>
    <w:p>
      <w:r>
        <w:rPr>
          <w:b w:val="0"/>
          <w:sz w:val="20"/>
        </w:rPr>
        <w:t>Ausbilder/in : _____________________________________________________________</w:t>
      </w:r>
    </w:p>
    <w:p>
      <w:r>
        <w:rPr>
          <w:b w:val="0"/>
          <w:sz w:val="20"/>
        </w:rPr>
        <w:t>Funktion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/>
          <w:sz w:val="20"/>
        </w:rPr>
        <w:t>Die oben genannten Angaben wurden geprüft und gelten als zutreffend. Diese Bescheinigung dient als Nachweis gegenüber der zuständigen Stelle.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Ausbildungsstätte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https://dokumentfertig.com/bescheinigung-der-ausbildungsstatte/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bescheinigung-der-ausbildungsstatt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