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BESTÄTIGUNG DER AUSZAHLUNG DES ERBTEILS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Auszahlers (Erbe oder Nachlassverwalter)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des Empfängers (Erbe)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zum Erbfall :</w:t>
      </w:r>
    </w:p>
    <w:p>
      <w:r>
        <w:rPr>
          <w:b w:val="0"/>
          <w:sz w:val="20"/>
        </w:rPr>
        <w:t>Name des Verstorbenen : ____________________________________________</w:t>
      </w:r>
    </w:p>
    <w:p>
      <w:r>
        <w:rPr>
          <w:b w:val="0"/>
          <w:sz w:val="20"/>
        </w:rPr>
        <w:t>Geburtsdatum des Verstorbenen : _____________________________________</w:t>
      </w:r>
    </w:p>
    <w:p>
      <w:r>
        <w:rPr>
          <w:b w:val="0"/>
          <w:sz w:val="20"/>
        </w:rPr>
        <w:t>Sterbedatum : _____________________________________________________</w:t>
      </w:r>
    </w:p>
    <w:p>
      <w:r>
        <w:rPr>
          <w:b w:val="0"/>
          <w:sz w:val="20"/>
        </w:rPr>
        <w:t>Nachlassgericht / Aktenzeichen : ____________________________________</w:t>
      </w:r>
    </w:p>
    <w:p/>
    <w:p>
      <w:r>
        <w:rPr>
          <w:b/>
          <w:sz w:val="20"/>
        </w:rPr>
        <w:t>Bestätigung der Auszahlung :</w:t>
      </w:r>
    </w:p>
    <w:p>
      <w:r>
        <w:rPr>
          <w:b w:val="0"/>
          <w:sz w:val="20"/>
        </w:rPr>
        <w:t>Hiermit bestätige(n) der/die Auszahler, dass an den oben genannten Empfänger</w:t>
      </w:r>
    </w:p>
    <w:p>
      <w:r>
        <w:rPr>
          <w:b w:val="0"/>
          <w:sz w:val="20"/>
        </w:rPr>
        <w:t>folgender Erbteil gemäß den erbrechtlichen Vereinbarungen und gesetzlichen Bestimmungen</w:t>
      </w:r>
    </w:p>
    <w:p>
      <w:r>
        <w:rPr>
          <w:b w:val="0"/>
          <w:sz w:val="20"/>
        </w:rPr>
        <w:t>ausgezahlt wurde:</w:t>
      </w:r>
    </w:p>
    <w:p>
      <w:r>
        <w:rPr>
          <w:b/>
          <w:sz w:val="20"/>
        </w:rPr>
        <w:t>Betrag : _________________ EUR</w:t>
      </w:r>
    </w:p>
    <w:p>
      <w:r>
        <w:rPr>
          <w:b w:val="0"/>
          <w:sz w:val="20"/>
        </w:rPr>
        <w:t>Art der Auszahlung : ___________________________________________________</w:t>
      </w:r>
    </w:p>
    <w:p/>
    <w:p>
      <w:r>
        <w:rPr>
          <w:b/>
          <w:sz w:val="20"/>
        </w:rPr>
        <w:t>Erklärung :</w:t>
      </w:r>
    </w:p>
    <w:p>
      <w:r>
        <w:rPr>
          <w:b w:val="0"/>
          <w:sz w:val="20"/>
        </w:rPr>
        <w:t>Mit der vorliegenden Auszahlung sind alle Ansprüche des Empfängers auf den genannten Erbteil</w:t>
      </w:r>
    </w:p>
    <w:p>
      <w:r>
        <w:rPr>
          <w:b w:val="0"/>
          <w:sz w:val="20"/>
        </w:rPr>
        <w:t>vollständig erfüllt. Weitere Ansprüche aus dem Nachlass werden hiermit nicht geltend gemacht.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Der/die Auszahler haften nicht für weitere Ansprüche Dritter, die nach dieser Auszahlung entstehen könnten.</w:t>
      </w:r>
    </w:p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AUSZAHLER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https://dokumentfertig.com/bestatigung-auszahlung-erbe-vorlage/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bestatigung-auszahlung-erbe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