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BETREUUNGSVERTRAG GROßELTERN</w:t>
      </w:r>
    </w:p>
    <w:p/>
    <w:p>
      <w:r>
        <w:rPr>
          <w:b/>
          <w:sz w:val="20"/>
        </w:rPr>
        <w:t>Angaben der Großeltern (Betreuungspersonen):</w:t>
      </w:r>
    </w:p>
    <w:p>
      <w:r>
        <w:rPr>
          <w:b w:val="0"/>
          <w:sz w:val="20"/>
        </w:rPr>
        <w:t>Vor- und Nachname : ________________________________________________</w:t>
      </w:r>
    </w:p>
    <w:p>
      <w:r>
        <w:rPr>
          <w:b w:val="0"/>
          <w:sz w:val="20"/>
        </w:rPr>
        <w:t>Anschrift : _________________________________________________________</w:t>
      </w:r>
    </w:p>
    <w:p>
      <w:r>
        <w:rPr>
          <w:b w:val="0"/>
          <w:sz w:val="20"/>
        </w:rPr>
        <w:t>Telefonnummer : ____________________________________________________</w:t>
      </w:r>
    </w:p>
    <w:p/>
    <w:p>
      <w:r>
        <w:rPr>
          <w:b/>
          <w:sz w:val="20"/>
        </w:rPr>
        <w:t>Angaben der Eltern (Erziehungsberechtigte):</w:t>
      </w:r>
    </w:p>
    <w:p>
      <w:r>
        <w:rPr>
          <w:b w:val="0"/>
          <w:sz w:val="20"/>
        </w:rPr>
        <w:t>Vor- und Nachname : ________________________________________________</w:t>
      </w:r>
    </w:p>
    <w:p>
      <w:r>
        <w:rPr>
          <w:b w:val="0"/>
          <w:sz w:val="20"/>
        </w:rPr>
        <w:t>Anschrift : _________________________________________________________</w:t>
      </w:r>
    </w:p>
    <w:p>
      <w:r>
        <w:rPr>
          <w:b w:val="0"/>
          <w:sz w:val="20"/>
        </w:rPr>
        <w:t>Telefonnummer : ____________________________________________________</w:t>
      </w:r>
    </w:p>
    <w:p/>
    <w:p>
      <w:r>
        <w:rPr>
          <w:b/>
          <w:sz w:val="20"/>
        </w:rPr>
        <w:t>Angaben des/der betreuten Kindes/Kindern:</w:t>
      </w:r>
    </w:p>
    <w:p>
      <w:r>
        <w:rPr>
          <w:b w:val="0"/>
          <w:sz w:val="20"/>
        </w:rPr>
        <w:t>Vor- und Nachname : ________________________________________________</w:t>
      </w:r>
    </w:p>
    <w:p>
      <w:r>
        <w:rPr>
          <w:b w:val="0"/>
          <w:sz w:val="20"/>
        </w:rPr>
        <w:t>Geburtsdatum : _____________________________________________________</w:t>
      </w:r>
    </w:p>
    <w:p>
      <w:r>
        <w:rPr>
          <w:b w:val="0"/>
          <w:sz w:val="20"/>
        </w:rPr>
        <w:t>Anschrift : _________________________________________________________</w:t>
      </w:r>
    </w:p>
    <w:p/>
    <w:p>
      <w:r>
        <w:rPr>
          <w:b/>
          <w:sz w:val="20"/>
        </w:rPr>
        <w:t>Betreuungszeitraum und -zeiten:</w:t>
      </w:r>
    </w:p>
    <w:p>
      <w:r>
        <w:rPr>
          <w:b w:val="0"/>
          <w:sz w:val="20"/>
        </w:rPr>
        <w:t>Beginn der Betreuung : _____________________________________________</w:t>
      </w:r>
    </w:p>
    <w:p>
      <w:r>
        <w:rPr>
          <w:b w:val="0"/>
          <w:sz w:val="20"/>
        </w:rPr>
        <w:t>Ende der Betreuung : _______________________________________________</w:t>
      </w:r>
    </w:p>
    <w:p>
      <w:r>
        <w:rPr>
          <w:b w:val="0"/>
          <w:sz w:val="20"/>
        </w:rPr>
        <w:t>Betreuungszeiten : ________________________________________________</w:t>
      </w:r>
    </w:p>
    <w:p/>
    <w:p>
      <w:r>
        <w:rPr>
          <w:b/>
          <w:sz w:val="20"/>
        </w:rPr>
        <w:t>§ 1 – Vertragsgegenstand</w:t>
      </w:r>
    </w:p>
    <w:p>
      <w:r>
        <w:rPr>
          <w:b w:val="0"/>
          <w:sz w:val="20"/>
        </w:rPr>
        <w:t>Die Großeltern übernehmen die Betreuung des/der oben genannten Kindes/Kindern im vereinbarten Zeitraum und zu den festgelegten Zeiten. Die Betreuung umfasst die Beaufsichtigung und Versorgung des Kindes im Rahmen der elterlichen Fürsorge.</w:t>
      </w:r>
    </w:p>
    <w:p/>
    <w:p>
      <w:r>
        <w:rPr>
          <w:b/>
          <w:sz w:val="20"/>
        </w:rPr>
        <w:t>§ 2 – Pflichten der Betreuungspersonen</w:t>
      </w:r>
    </w:p>
    <w:p>
      <w:r>
        <w:rPr>
          <w:b w:val="0"/>
          <w:sz w:val="20"/>
        </w:rPr>
        <w:t>Die Großeltern verpflichten sich, die Betreuung sorgfältig und verantwortungsbewusst durchzuführen. Sie sorgen für das Wohl des Kindes und informieren die Eltern bei wichtigen Ereignissen oder Problemen.</w:t>
      </w:r>
    </w:p>
    <w:p/>
    <w:p>
      <w:r>
        <w:rPr>
          <w:b/>
          <w:sz w:val="20"/>
        </w:rPr>
        <w:t>§ 3 – Pflichten der Eltern</w:t>
      </w:r>
    </w:p>
    <w:p>
      <w:r>
        <w:rPr>
          <w:b w:val="0"/>
          <w:sz w:val="20"/>
        </w:rPr>
        <w:t>Die Eltern stellen alle notwendigen Informationen sowie Materialien für die Betreuung zur Verfügung und sind erreichbar für Rückfragen oder Notfälle. Sie sorgen für eine rechtzeitige Zahlung der vereinbarten Vergütung, sofern vereinbart.</w:t>
      </w:r>
    </w:p>
    <w:p/>
    <w:p>
      <w:r>
        <w:rPr>
          <w:b/>
          <w:sz w:val="20"/>
        </w:rPr>
        <w:t>§ 4 – Haftung</w:t>
      </w:r>
    </w:p>
    <w:p>
      <w:r>
        <w:rPr>
          <w:b w:val="0"/>
          <w:sz w:val="20"/>
        </w:rPr>
        <w:t>Die Haftung der Großeltern beschränkt sich auf Vorsatz und grobe Fahrlässigkeit. Für leichte Fahrlässigkeit wird keine Haftung übernommen.</w:t>
      </w:r>
    </w:p>
    <w:p/>
    <w:p>
      <w:r>
        <w:rPr>
          <w:b/>
          <w:sz w:val="20"/>
        </w:rPr>
        <w:t>§ 5 – Vergütung</w:t>
      </w:r>
    </w:p>
    <w:p>
      <w:r>
        <w:rPr>
          <w:b w:val="0"/>
          <w:sz w:val="20"/>
        </w:rPr>
        <w:t>Sofern eine Vergütung vereinbart ist, beträgt diese ____________________________ EUR pro Betreuungsstunde/Tag. Die Zahlung erfolgt _________________________________.</w:t>
      </w:r>
    </w:p>
    <w:p/>
    <w:p>
      <w:r>
        <w:rPr>
          <w:b/>
          <w:sz w:val="20"/>
        </w:rPr>
        <w:t>§ 6 – Vertragsdauer und Kündigung</w:t>
      </w:r>
    </w:p>
    <w:p>
      <w:r>
        <w:rPr>
          <w:b w:val="0"/>
          <w:sz w:val="20"/>
        </w:rPr>
        <w:t>Der Vertrag beginnt mit Unterzeichnung und gilt für den vereinbarten Betreuungszeitraum. Eine ordentliche Kündigung ist mit einer Frist von ______ Tagen/Wochen möglich.</w:t>
      </w:r>
    </w:p>
    <w:p/>
    <w:p>
      <w:r>
        <w:rPr>
          <w:b/>
          <w:sz w:val="20"/>
        </w:rPr>
        <w:t>§ 7 – Sonstige Vereinbarungen</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 8 – Schlussbestimmungen</w:t>
      </w:r>
    </w:p>
    <w:p>
      <w:r>
        <w:rPr>
          <w:b w:val="0"/>
          <w:sz w:val="20"/>
        </w:rPr>
        <w:t>Änderungen und Ergänzungen dieses Vertrages bedürfen der Schriftform. Für Streitigkeiten aus diesem Vertrag gilt deutsches Recht. Gerichtsstand ist der Wohnort der Betreuungspersonen.</w:t>
      </w:r>
    </w:p>
    <w:p/>
    <w:p/>
    <w:p>
      <w:r>
        <w:rPr>
          <w:b w:val="0"/>
          <w:sz w:val="20"/>
        </w:rPr>
        <w:t>Ort : _______________________________________________________________</w:t>
      </w:r>
    </w:p>
    <w:p>
      <w:r>
        <w:rPr>
          <w:b w:val="0"/>
          <w:sz w:val="20"/>
        </w:rPr>
        <w:t>Datum : 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GROßELTERN (Betreuungspersonen)</w:t>
            </w:r>
          </w:p>
        </w:tc>
        <w:tc>
          <w:tcPr>
            <w:tcW w:type="dxa" w:w="4986"/>
            <w:tcBorders>
              <w:top w:val="nil"/>
              <w:left w:val="nil"/>
              <w:bottom w:val="nil"/>
              <w:right w:val="nil"/>
              <w:insideH w:val="nil"/>
              <w:insideV w:val="nil"/>
            </w:tcBorders>
          </w:tcPr>
          <w:p>
            <w:pPr>
              <w:jc w:val="center"/>
            </w:pPr>
            <w:r>
              <w:t>ELTERN (Erziehungsberechtigte)</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r>
        <w:tc>
          <w:tcPr>
            <w:tcW w:type="dxa" w:w="4986"/>
            <w:tcBorders>
              <w:top w:val="nil"/>
              <w:left w:val="nil"/>
              <w:bottom w:val="nil"/>
              <w:right w:val="nil"/>
              <w:insideH w:val="nil"/>
              <w:insideV w:val="nil"/>
            </w:tcBorders>
          </w:tcPr>
          <w:p>
            <w:pPr>
              <w:jc w:val="center"/>
            </w:pPr>
            <w:r>
              <w:t>Name : ________________________________</w:t>
            </w:r>
          </w:p>
        </w:tc>
        <w:tc>
          <w:tcPr>
            <w:tcW w:type="dxa" w:w="4986"/>
            <w:tcBorders>
              <w:top w:val="nil"/>
              <w:left w:val="nil"/>
              <w:bottom w:val="nil"/>
              <w:right w:val="nil"/>
              <w:insideH w:val="nil"/>
              <w:insideV w:val="nil"/>
            </w:tcBorders>
          </w:tcPr>
          <w:p>
            <w:pPr>
              <w:jc w:val="center"/>
            </w:pPr>
            <w:r>
              <w:t>Name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https://dokumentfertig.com/betreuungsvertrag-grossseltern-vorlage/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betreuungsvertrag-grossseltern-vorlage/"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