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BEWERBUNG ZUR ZULASSUNG ALS RECHTSANWALT AM AMTSGERICHT</w:t>
      </w:r>
    </w:p>
    <w:p/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Vor- und Nachname : _______________________________________________</w:t>
      </w:r>
    </w:p>
    <w:p>
      <w:r>
        <w:rPr>
          <w:b w:val="0"/>
          <w:sz w:val="20"/>
        </w:rPr>
        <w:t>Straße, Hausnummer : _______________________________________________</w:t>
      </w:r>
    </w:p>
    <w:p>
      <w:r>
        <w:rPr>
          <w:b w:val="0"/>
          <w:sz w:val="20"/>
        </w:rPr>
        <w:t>PLZ, Ort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>
      <w:r>
        <w:rPr>
          <w:b w:val="0"/>
          <w:sz w:val="20"/>
        </w:rPr>
        <w:t>E-Mail-Adresse : ___________________________________________________</w:t>
      </w:r>
    </w:p>
    <w:p/>
    <w:p/>
    <w:p>
      <w:r>
        <w:rPr>
          <w:b/>
          <w:sz w:val="20"/>
        </w:rPr>
        <w:t>An das Amtsgericht</w:t>
      </w:r>
    </w:p>
    <w:p>
      <w:r>
        <w:rPr>
          <w:b w:val="0"/>
          <w:sz w:val="20"/>
        </w:rPr>
        <w:t>Fachabteilung für Rechtsanwaltszulassung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/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Bewerbung um Zulassung als Rechtsanwalt am Amtsgericht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bewerbe ich mich um die Zulassung als Rechtsanwalt gemäß der Bundesrechtsanwaltsordnung (BRAO) und der Zulassungsordnung der Rechtsanwälte (ZulO).</w:t>
      </w:r>
    </w:p>
    <w:p/>
    <w:p/>
    <w:p>
      <w:r>
        <w:rPr>
          <w:b/>
          <w:sz w:val="20"/>
        </w:rPr>
        <w:t>Persönliche Angaben:</w:t>
      </w:r>
    </w:p>
    <w:p>
      <w:r>
        <w:rPr>
          <w:b w:val="0"/>
          <w:sz w:val="20"/>
        </w:rPr>
        <w:t>Name : ______________________________________________________________</w:t>
      </w:r>
    </w:p>
    <w:p>
      <w:r>
        <w:rPr>
          <w:b w:val="0"/>
          <w:sz w:val="20"/>
        </w:rPr>
        <w:t>Geburtsdatum : ______________________________________________________</w:t>
      </w:r>
    </w:p>
    <w:p>
      <w:r>
        <w:rPr>
          <w:b w:val="0"/>
          <w:sz w:val="20"/>
        </w:rPr>
        <w:t>Geburtsort : _________________________________________________________</w:t>
      </w:r>
    </w:p>
    <w:p>
      <w:r>
        <w:rPr>
          <w:b w:val="0"/>
          <w:sz w:val="20"/>
        </w:rPr>
        <w:t>Staatsangehörigkeit : 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/>
    <w:p/>
    <w:p>
      <w:r>
        <w:rPr>
          <w:b/>
          <w:sz w:val="20"/>
        </w:rPr>
        <w:t>Beruflicher Werdegang:</w:t>
      </w:r>
    </w:p>
    <w:p>
      <w:r>
        <w:rPr>
          <w:b w:val="0"/>
          <w:sz w:val="20"/>
        </w:rPr>
        <w:t>Studium der Rechtswissenschaften an der ____________________________</w:t>
      </w:r>
    </w:p>
    <w:p>
      <w:r>
        <w:rPr>
          <w:b w:val="0"/>
          <w:sz w:val="20"/>
        </w:rPr>
        <w:t>Referendariat absolviert am _________________________________________</w:t>
      </w:r>
    </w:p>
    <w:p>
      <w:r>
        <w:rPr>
          <w:b w:val="0"/>
          <w:sz w:val="20"/>
        </w:rPr>
        <w:t>Praktische Tätigkeiten : _____________________________________________</w:t>
      </w:r>
    </w:p>
    <w:p>
      <w:r>
        <w:rPr>
          <w:b w:val="0"/>
          <w:sz w:val="20"/>
        </w:rPr>
        <w:t>Sonstige Qualifikationen : ___________________________________________</w:t>
      </w:r>
    </w:p>
    <w:p/>
    <w:p/>
    <w:p>
      <w:r>
        <w:rPr>
          <w:b/>
          <w:sz w:val="20"/>
        </w:rPr>
        <w:t>Erklärung:</w:t>
      </w:r>
    </w:p>
    <w:p>
      <w:r>
        <w:rPr>
          <w:b w:val="0"/>
          <w:sz w:val="20"/>
        </w:rPr>
        <w:t>Ich versichere, dass ich die Voraussetzungen für die Zulassung als Rechtsanwalt gemäß § 3 BRAO erfülle und keine Ausschlussgründe vorliegen.</w:t>
      </w:r>
    </w:p>
    <w:p/>
    <w:p>
      <w:r>
        <w:rPr>
          <w:b w:val="0"/>
          <w:sz w:val="20"/>
        </w:rPr>
        <w:t>Ich verpflichte mich, die Berufspflichten einzuhalten und die Interessen meiner Mandanten gewissenhaft zu vertreten.</w:t>
      </w:r>
    </w:p>
    <w:p/>
    <w:p/>
    <w:p>
      <w:r>
        <w:rPr>
          <w:b/>
          <w:sz w:val="20"/>
        </w:rPr>
        <w:t>Anlagen:</w:t>
      </w:r>
    </w:p>
    <w:p>
      <w:r>
        <w:rPr>
          <w:b w:val="0"/>
          <w:sz w:val="20"/>
        </w:rPr>
        <w:t>1. Lebenslauf</w:t>
      </w:r>
    </w:p>
    <w:p>
      <w:r>
        <w:rPr>
          <w:b w:val="0"/>
          <w:sz w:val="20"/>
        </w:rPr>
        <w:t>2. Nachweise über Studium und Referendariat</w:t>
      </w:r>
    </w:p>
    <w:p>
      <w:r>
        <w:rPr>
          <w:b w:val="0"/>
          <w:sz w:val="20"/>
        </w:rPr>
        <w:t>3. Führungszeugnis</w:t>
      </w:r>
    </w:p>
    <w:p>
      <w:r>
        <w:rPr>
          <w:b w:val="0"/>
          <w:sz w:val="20"/>
        </w:rPr>
        <w:t>4. Sonstige relevante Unterlagen</w:t>
      </w:r>
    </w:p>
    <w:p/>
    <w:p/>
    <w:p/>
    <w:p>
      <w:r>
        <w:rPr>
          <w:b w:val="0"/>
          <w:sz w:val="20"/>
        </w:rPr>
        <w:t>Ort : ________________________________________________________________</w:t>
      </w:r>
    </w:p>
    <w:p>
      <w:r>
        <w:rPr>
          <w:b w:val="0"/>
          <w:sz w:val="20"/>
        </w:rPr>
        <w:t>Unterschrift : 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 der Bewerbung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https://dokumentfertig.com/bewerbung-amtsgericht-muster/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bewerbung-amtsgericht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