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BONUSVEREINBARUNG</w:t>
      </w:r>
    </w:p>
    <w:p/>
    <w:p>
      <w:r>
        <w:rPr>
          <w:b/>
          <w:sz w:val="20"/>
        </w:rPr>
        <w:t>Zwischen dem Arbeitgeber und dem Arbeitnehmer wird folgende Bonusvereinbarung getroffen:</w:t>
      </w:r>
    </w:p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Vertreten durch : ______________________________________________</w:t>
      </w:r>
    </w:p>
    <w:p/>
    <w:p>
      <w:r>
        <w:rPr>
          <w:b/>
          <w:sz w:val="20"/>
        </w:rPr>
        <w:t>Angaben zum Arbeitnehmer:</w:t>
      </w:r>
    </w:p>
    <w:p>
      <w:r>
        <w:rPr>
          <w:b w:val="0"/>
          <w:sz w:val="20"/>
        </w:rPr>
        <w:t>Vor- und Nachname : 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Position / Abteilung : __________________________________________</w:t>
      </w:r>
    </w:p>
    <w:p/>
    <w:p>
      <w:r>
        <w:rPr>
          <w:b/>
          <w:sz w:val="20"/>
        </w:rPr>
        <w:t>§ 1 – Gegenstand der Bonusvereinbarung</w:t>
      </w:r>
    </w:p>
    <w:p>
      <w:r>
        <w:rPr>
          <w:b w:val="0"/>
          <w:sz w:val="20"/>
        </w:rPr>
        <w:t>Der Arbeitgeber verpflichtet sich, dem Arbeitnehmer unter den folgenden Bedingungen einen Bonus zu zahlen. Diese Vereinbarung regelt die Modalitäten der Bonuszahlung neben dem regulären Gehalt.</w:t>
      </w:r>
    </w:p>
    <w:p/>
    <w:p>
      <w:r>
        <w:rPr>
          <w:b/>
          <w:sz w:val="20"/>
        </w:rPr>
        <w:t>§ 2 – Bonushöhe</w:t>
      </w:r>
    </w:p>
    <w:p>
      <w:r>
        <w:rPr>
          <w:b w:val="0"/>
          <w:sz w:val="20"/>
        </w:rPr>
        <w:t>Die Höhe des Bonus beträgt ______________ Euro und wird als Einmalzahlung geleistet.</w:t>
      </w:r>
    </w:p>
    <w:p/>
    <w:p>
      <w:r>
        <w:rPr>
          <w:b/>
          <w:sz w:val="20"/>
        </w:rPr>
        <w:t>§ 3 – Voraussetzungen für die Bonuszahlung</w:t>
      </w:r>
    </w:p>
    <w:p>
      <w:r>
        <w:rPr>
          <w:b w:val="0"/>
          <w:sz w:val="20"/>
        </w:rPr>
        <w:t>Die Auszahlung des Bonus erfolgt unter der Voraussetzung, dass der Arbeitnehmer die vereinbarten Zielvorgaben vollständig erfüllt hat und zum Zeitpunkt der Auszahlung im Unternehmen beschäftigt ist.</w:t>
      </w:r>
    </w:p>
    <w:p/>
    <w:p>
      <w:r>
        <w:rPr>
          <w:b/>
          <w:sz w:val="20"/>
        </w:rPr>
        <w:t>§ 4 – Fälligkeit und Auszahlung</w:t>
      </w:r>
    </w:p>
    <w:p>
      <w:r>
        <w:rPr>
          <w:b w:val="0"/>
          <w:sz w:val="20"/>
        </w:rPr>
        <w:t>Der Bonus wird spätestens zum ___________________ ausgezahlt. Eine Auszahlung vor diesem Zeitpunkt ist ausgeschlossen.</w:t>
      </w:r>
    </w:p>
    <w:p/>
    <w:p>
      <w:r>
        <w:rPr>
          <w:b/>
          <w:sz w:val="20"/>
        </w:rPr>
        <w:t>§ 5 – Steuerliche Behandlung</w:t>
      </w:r>
    </w:p>
    <w:p>
      <w:r>
        <w:rPr>
          <w:b w:val="0"/>
          <w:sz w:val="20"/>
        </w:rPr>
        <w:t>Der Bonus unterliegt der gesetzlichen Besteuerung und Sozialversicherungspflicht. Der Arbeitgeber führt die entsprechenden Abgaben ab.</w:t>
      </w:r>
    </w:p>
    <w:p/>
    <w:p>
      <w:r>
        <w:rPr>
          <w:b/>
          <w:sz w:val="20"/>
        </w:rPr>
        <w:t>§ 6 – Sonstiges</w:t>
      </w:r>
    </w:p>
    <w:p>
      <w:r>
        <w:rPr>
          <w:b w:val="0"/>
          <w:sz w:val="20"/>
        </w:rPr>
        <w:t>Änderungen und Ergänzungen dieser Bonusvereinbarung bedürfen der Schriftform. Sollten einzelne Bestimmungen dieser Vereinbarung unwirksam sein, bleibt die Wirksamkeit der übrigen Bestimmungen unberührt.</w:t>
      </w:r>
    </w:p>
    <w:p/>
    <w:p>
      <w:r>
        <w:rPr>
          <w:b/>
          <w:sz w:val="20"/>
        </w:rPr>
        <w:t>§ 7 – Rechtswahl und Gerichtsstand</w:t>
      </w:r>
    </w:p>
    <w:p>
      <w:r>
        <w:rPr>
          <w:b w:val="0"/>
          <w:sz w:val="20"/>
        </w:rPr>
        <w:t>Es gilt deutsches Recht. Ausschließlicher Gerichtsstand für alle Streitigkeiten aus dieser Vereinbarung ist der Sitz des Arbeitgebers.</w:t>
      </w:r>
    </w:p>
    <w:p/>
    <w:p/>
    <w:p>
      <w:r>
        <w:rPr>
          <w:b w:val="0"/>
          <w:sz w:val="20"/>
        </w:rPr>
        <w:t>Ort : ___________________________________________    Datum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https://dokumentfertig.com/bonusvereinbarung-muster/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bonusvereinbar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