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0"/>
        </w:rPr>
        <w:t>An:</w:t>
      </w:r>
    </w:p>
    <w:p>
      <w:r>
        <w:rPr>
          <w:b w:val="0"/>
          <w:sz w:val="20"/>
        </w:rPr>
        <w:t>Herrn / Frau _______________________________</w:t>
      </w:r>
    </w:p>
    <w:p>
      <w:r>
        <w:rPr>
          <w:b w:val="0"/>
          <w:sz w:val="20"/>
        </w:rPr>
        <w:t>Straße und Hausnummer _____________________</w:t>
      </w:r>
    </w:p>
    <w:p>
      <w:r>
        <w:rPr>
          <w:b w:val="0"/>
          <w:sz w:val="20"/>
        </w:rPr>
        <w:t>PLZ und Ort ________________________________</w:t>
      </w:r>
    </w:p>
    <w:p/>
    <w:p/>
    <w:p>
      <w:r>
        <w:rPr>
          <w:b/>
          <w:sz w:val="20"/>
        </w:rPr>
        <w:t>Von:</w:t>
      </w:r>
    </w:p>
    <w:p>
      <w:r>
        <w:rPr>
          <w:b w:val="0"/>
          <w:sz w:val="20"/>
        </w:rPr>
        <w:t>Herrn / Frau _______________________________</w:t>
      </w:r>
    </w:p>
    <w:p>
      <w:r>
        <w:rPr>
          <w:b w:val="0"/>
          <w:sz w:val="20"/>
        </w:rPr>
        <w:t>Straße und Hausnummer _____________________</w:t>
      </w:r>
    </w:p>
    <w:p>
      <w:r>
        <w:rPr>
          <w:b w:val="0"/>
          <w:sz w:val="20"/>
        </w:rPr>
        <w:t>PLZ und Ort ________________________________</w:t>
      </w:r>
    </w:p>
    <w:p/>
    <w:p/>
    <w:p>
      <w:r>
        <w:rPr>
          <w:b/>
          <w:sz w:val="20"/>
        </w:rPr>
        <w:t>Betreff:</w:t>
      </w:r>
    </w:p>
    <w:p>
      <w:r>
        <w:rPr>
          <w:b w:val="0"/>
          <w:sz w:val="20"/>
        </w:rPr>
        <w:t>Nachbarschaftliche Mitteilung / Anliegen</w:t>
      </w:r>
    </w:p>
    <w:p/>
    <w:p/>
    <w:p>
      <w:r>
        <w:rPr>
          <w:b w:val="0"/>
          <w:sz w:val="20"/>
        </w:rPr>
        <w:t>Sehr geehrte Damen und Herren,</w:t>
      </w:r>
    </w:p>
    <w:p/>
    <w:p>
      <w:r>
        <w:rPr>
          <w:b w:val="0"/>
          <w:sz w:val="20"/>
        </w:rPr>
        <w:t>hiermit möchten wir Sie über folgende Angelegenheit informieren bzw. um Ihr Verständnis und Ihre Unterstützung bitten. Wir legen großen Wert auf ein gutes nachbarschaftliches Verhältnis und möchten durch diese Mitteilung für Klarheit sorgen.</w:t>
      </w:r>
    </w:p>
    <w:p/>
    <w:p>
      <w:r>
        <w:rPr>
          <w:b w:val="0"/>
          <w:sz w:val="20"/>
        </w:rPr>
        <w:t>Sollten Sie Fragen oder Anregungen zu diesem Anliegen haben, stehen wir Ihnen jederzeit gerne zur Verfügung. Wir freuen uns auf eine weiterhin gute Nachbarschaft.</w:t>
      </w:r>
    </w:p>
    <w:p/>
    <w:p/>
    <w:p>
      <w:r>
        <w:rPr>
          <w:b w:val="0"/>
          <w:sz w:val="20"/>
        </w:rPr>
        <w:t>Mit freundlichen Grüßen</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br/>
              <w:br/>
              <w:t>______________________________</w:t>
            </w:r>
          </w:p>
        </w:tc>
      </w:tr>
      <w:tr>
        <w:tc>
          <w:tcPr>
            <w:tcW w:type="dxa" w:w="9972"/>
            <w:tcBorders>
              <w:top w:val="nil"/>
              <w:left w:val="nil"/>
              <w:bottom w:val="nil"/>
              <w:right w:val="nil"/>
              <w:insideH w:val="nil"/>
              <w:insideV w:val="nil"/>
            </w:tcBorders>
          </w:tcPr>
          <w:p>
            <w:pPr>
              <w:jc w:val="left"/>
            </w:pPr>
            <w:r>
              <w:t>Name / Unterschrift</w:t>
            </w:r>
          </w:p>
        </w:tc>
      </w:tr>
    </w:tbl>
    <w:p>
      <w:r>
        <w:br w:type="page"/>
      </w:r>
    </w:p>
    <w:p>
      <w:pPr>
        <w:jc w:val="center"/>
      </w:pPr>
      <w:r>
        <w:rPr>
          <w:color w:val="555555"/>
          <w:sz w:val="24"/>
        </w:rPr>
        <w:t>Originalquelle dieses Dokuments:</w:t>
      </w:r>
    </w:p>
    <w:p>
      <w:pPr>
        <w:jc w:val="center"/>
      </w:pPr>
      <w:hyperlink r:id="rId9">
        <w:r>
          <w:rPr>
            <w:color w:val="0000FF"/>
            <w:u w:val="single"/>
          </w:rPr>
          <w:t>https://dokumentfertig.com/brief-an-nachbarn-vorlage/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https://dokumentfertig.com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dokumentfertig.com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fertig.com/brief-an-nachbarn-vorlage/" TargetMode="External"/><Relationship Id="rId10" Type="http://schemas.openxmlformats.org/officeDocument/2006/relationships/hyperlink" Target="https://dokumentferti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