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DANKSCHREIBEN ZUR JOBZUSAGE</w:t>
      </w:r>
    </w:p>
    <w:p/>
    <w:p>
      <w:r>
        <w:rPr>
          <w:b/>
          <w:sz w:val="20"/>
        </w:rPr>
        <w:t>Absender:</w:t>
      </w:r>
    </w:p>
    <w:p>
      <w:r>
        <w:rPr>
          <w:b w:val="0"/>
          <w:sz w:val="20"/>
        </w:rPr>
        <w:t>Name : _______________________________________________________________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Empfänger:</w:t>
      </w:r>
    </w:p>
    <w:p>
      <w:r>
        <w:rPr>
          <w:b w:val="0"/>
          <w:sz w:val="20"/>
        </w:rPr>
        <w:t>Firma : _______________________________________________________________</w:t>
      </w:r>
    </w:p>
    <w:p>
      <w:r>
        <w:rPr>
          <w:b w:val="0"/>
          <w:sz w:val="20"/>
        </w:rPr>
        <w:t>Abteilung : ___________________________________________________________</w:t>
      </w:r>
    </w:p>
    <w:p>
      <w:r>
        <w:rPr>
          <w:b w:val="0"/>
          <w:sz w:val="20"/>
        </w:rPr>
        <w:t>Ansprechpartner : _____________________________________________________</w:t>
      </w:r>
    </w:p>
    <w:p>
      <w:r>
        <w:rPr>
          <w:b w:val="0"/>
          <w:sz w:val="20"/>
        </w:rPr>
        <w:t>Anschrift : ___________________________________________________________</w:t>
      </w:r>
    </w:p>
    <w:p/>
    <w:p/>
    <w:p>
      <w:r>
        <w:rPr>
          <w:b/>
          <w:sz w:val="20"/>
        </w:rPr>
        <w:t>Sehr geehrte Damen und Herren,</w:t>
      </w:r>
    </w:p>
    <w:p/>
    <w:p>
      <w:r>
        <w:rPr>
          <w:b w:val="0"/>
          <w:sz w:val="20"/>
        </w:rPr>
        <w:t>hiermit möchte ich mich herzlich für das mir entgegengebrachte Vertrauen und das Angebot zur Festanstellung in Ihrem Unternehmen bedanken. Ich freue mich sehr über die Jobzusage und die Möglichkeit, Teil Ihres Teams zu werden.</w:t>
      </w:r>
    </w:p>
    <w:p/>
    <w:p>
      <w:r>
        <w:rPr>
          <w:b w:val="0"/>
          <w:sz w:val="20"/>
        </w:rPr>
        <w:t>Die angebotene Position entspricht meinen beruflichen Vorstellungen und meinen Qualifikationen. Ich bin überzeugt, dass ich mit meinen Fähigkeiten und meiner Motivation einen wertvollen Beitrag zu Ihrem Unternehmen leisten kann.</w:t>
      </w:r>
    </w:p>
    <w:p/>
    <w:p>
      <w:r>
        <w:rPr>
          <w:b w:val="0"/>
          <w:sz w:val="20"/>
        </w:rPr>
        <w:t>Ich danke Ihnen für die ausführlichen Gespräche und die angenehme Kommunikation während des Bewerbungsprozesses. Für das entgegengebrachte Vertrauen möchte ich mich ausdrücklich bedanken.</w:t>
      </w:r>
    </w:p>
    <w:p/>
    <w:p>
      <w:r>
        <w:rPr>
          <w:b w:val="0"/>
          <w:sz w:val="20"/>
        </w:rPr>
        <w:t>Ich freue mich auf eine erfolgreiche Zusammenarbeit und stehe für Rückfragen oder weitere Informationen jederzeit gerne zur Verfügung.</w:t>
      </w:r>
    </w:p>
    <w:p/>
    <w:p/>
    <w:p>
      <w:r>
        <w:rPr>
          <w:b w:val="0"/>
          <w:sz w:val="20"/>
        </w:rPr>
        <w:t>Mit freundlichen Grüßen,</w:t>
      </w:r>
    </w:p>
    <w:p/>
    <w:p/>
    <w:p/>
    <w:p/>
    <w:p>
      <w:pPr>
        <w:jc w:val="center"/>
      </w:pPr>
      <w:r>
        <w:rPr>
          <w:b w:val="0"/>
          <w:sz w:val="20"/>
        </w:rPr>
        <w:t>_____________________________</w:t>
      </w:r>
    </w:p>
    <w:p>
      <w:pPr>
        <w:jc w:val="center"/>
      </w:pPr>
      <w:r>
        <w:rPr>
          <w:b w:val="0"/>
          <w:sz w:val="20"/>
        </w:rPr>
        <w:t>Unterschrift</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https://dokumentfertig.com/dankschreiben-jobzusage-muster/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dankschreiben-jobzusage-muster/"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