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DEMISSIONSCHREIBEN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Firmenname / Arbeitgeber : ___________________________________________</w:t>
      </w:r>
    </w:p>
    <w:p>
      <w:r>
        <w:rPr>
          <w:b w:val="0"/>
          <w:sz w:val="20"/>
        </w:rPr>
        <w:t>Abteilung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Arbeitsverhältnisses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bestehendes Arbeitsverhältnis ordentlich und fristgerecht zum nächstmöglichen Zeitpunkt.</w:t>
      </w:r>
    </w:p>
    <w:p/>
    <w:p>
      <w:r>
        <w:rPr>
          <w:b w:val="0"/>
          <w:sz w:val="20"/>
        </w:rPr>
        <w:t>Ich bitte Sie höflich, mir ein qualifiziertes Arbeitszeugnis auszustellen.</w:t>
      </w:r>
    </w:p>
    <w:p/>
    <w:p>
      <w:r>
        <w:rPr>
          <w:b w:val="0"/>
          <w:sz w:val="20"/>
        </w:rPr>
        <w:t>Ich bedanke mich für die Zusammenarbeit und wünsche dem Unternehmen weiterhin viel Erfolg.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https://dokumentfertig.com/demissionsschreiben/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demissionsschreib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