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 FÜR NACHFRAGE ZUR EINBÜRGERUNG</w:t>
      </w:r>
    </w:p>
    <w:p/>
    <w:p>
      <w:r>
        <w:rPr>
          <w:b/>
          <w:sz w:val="20"/>
        </w:rPr>
        <w:t>An die zuständige Ausländerbehörde</w:t>
      </w:r>
    </w:p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______________________________</w:t>
      </w:r>
    </w:p>
    <w:p/>
    <w:p>
      <w:r>
        <w:rPr>
          <w:b w:val="0"/>
          <w:sz w:val="20"/>
        </w:rPr>
        <w:t>Betreff: Nachforderung von Unterlagen – Einbürgerungsverfahren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im Rahmen meines Einbürgerungsverfahrens bitte ich höflich um Nachreichung folgender Unterlagen, um die Bearbeitung abschließen zu können:</w:t>
      </w:r>
    </w:p>
    <w:p/>
    <w:p>
      <w:r>
        <w:rPr>
          <w:b w:val="0"/>
          <w:sz w:val="20"/>
        </w:rPr>
        <w:t>• Gültiger Reisepass oder Passersatzdokument</w:t>
      </w:r>
    </w:p>
    <w:p>
      <w:r>
        <w:rPr>
          <w:b w:val="0"/>
          <w:sz w:val="20"/>
        </w:rPr>
        <w:t>• Aktuelle Meldebescheinigung</w:t>
      </w:r>
    </w:p>
    <w:p>
      <w:r>
        <w:rPr>
          <w:b w:val="0"/>
          <w:sz w:val="20"/>
        </w:rPr>
        <w:t>• Nachweis über ausreichende Deutschkenntnisse (mindestens Niveau B1)</w:t>
      </w:r>
    </w:p>
    <w:p>
      <w:r>
        <w:rPr>
          <w:b w:val="0"/>
          <w:sz w:val="20"/>
        </w:rPr>
        <w:t>• Nachweise über den Lebensunterhalt (z. B. Einkommensnachweise)</w:t>
      </w:r>
    </w:p>
    <w:p>
      <w:r>
        <w:rPr>
          <w:b w:val="0"/>
          <w:sz w:val="20"/>
        </w:rPr>
        <w:t>• Einbürgerungstestbescheinigung</w:t>
      </w:r>
    </w:p>
    <w:p>
      <w:r>
        <w:rPr>
          <w:b w:val="0"/>
          <w:sz w:val="20"/>
        </w:rPr>
        <w:t>• Nachweis über den bisherigen Aufenthaltstitel</w:t>
      </w:r>
    </w:p>
    <w:p/>
    <w:p>
      <w:r>
        <w:rPr>
          <w:b w:val="0"/>
          <w:sz w:val="20"/>
        </w:rPr>
        <w:t>Bitte senden Sie die fehlenden Unterlagen baldmöglichst an die unten angegebene Adresse oder per E-Mail an:</w:t>
      </w:r>
    </w:p>
    <w:p>
      <w:r>
        <w:rPr>
          <w:b w:val="0"/>
          <w:sz w:val="20"/>
        </w:rPr>
        <w:t>E-Mail: _______________________________</w:t>
      </w:r>
    </w:p>
    <w:p/>
    <w:p>
      <w:r>
        <w:rPr>
          <w:b w:val="0"/>
          <w:sz w:val="20"/>
        </w:rPr>
        <w:t>Sollten Sie Fragen haben, stehe ich Ihnen gern zur Verfügung.</w:t>
      </w:r>
    </w:p>
    <w:p/>
    <w:p>
      <w:r>
        <w:rPr>
          <w:b w:val="0"/>
          <w:sz w:val="20"/>
        </w:rPr>
        <w:t>Mit freundlichen Grüßen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https://dokumentfertig.com/einburgerung-nachfragen-muster/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einburgerung-nachfragen-muster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