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EINSTELLVERTRAG PFERD OFFENSTALL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Einstellers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Einstellbetriebs / Betreibers :</w:t>
      </w:r>
    </w:p>
    <w:p>
      <w:r>
        <w:rPr>
          <w:b w:val="0"/>
          <w:sz w:val="20"/>
        </w:rPr>
        <w:t>Name / Firma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Pferd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Rasse : ______________________________________________________________</w:t>
      </w:r>
    </w:p>
    <w:p>
      <w:r>
        <w:rPr>
          <w:b w:val="0"/>
          <w:sz w:val="20"/>
        </w:rPr>
        <w:t>Geschlecht : _________________________________________________________</w:t>
      </w:r>
    </w:p>
    <w:p>
      <w:r>
        <w:rPr>
          <w:b w:val="0"/>
          <w:sz w:val="20"/>
        </w:rPr>
        <w:t>Geburtsjahr : ________________________________________________________</w:t>
      </w:r>
    </w:p>
    <w:p>
      <w:r>
        <w:rPr>
          <w:b w:val="0"/>
          <w:sz w:val="20"/>
        </w:rPr>
        <w:t>Farbe : ______________________________________________________________</w:t>
      </w:r>
    </w:p>
    <w:p>
      <w:r>
        <w:rPr>
          <w:b w:val="0"/>
          <w:sz w:val="20"/>
        </w:rPr>
        <w:t>Besondere Kennzeichen : _______________________________________________</w:t>
      </w:r>
    </w:p>
    <w:p/>
    <w:p>
      <w:r>
        <w:rPr>
          <w:b/>
          <w:sz w:val="20"/>
        </w:rPr>
        <w:t>§ 1 – Einstellumfang</w:t>
      </w:r>
    </w:p>
    <w:p>
      <w:r>
        <w:rPr>
          <w:b w:val="0"/>
          <w:sz w:val="20"/>
        </w:rPr>
        <w:t>Das Pferd wird im Offenstall des Einstellbetriebs eingestellt. Die Versorgung umfasst Fütterung, Einstreu, Bewegung und Pflege im Rahmen der vereinbarten Bedingungen.</w:t>
      </w:r>
    </w:p>
    <w:p/>
    <w:p>
      <w:r>
        <w:rPr>
          <w:b/>
          <w:sz w:val="20"/>
        </w:rPr>
        <w:t>§ 2 – Fütterung und Pflege</w:t>
      </w:r>
    </w:p>
    <w:p>
      <w:r>
        <w:rPr>
          <w:b w:val="0"/>
          <w:sz w:val="20"/>
        </w:rPr>
        <w:t>Die Fütterung erfolgt nach Absprache mit dem Einsteller. Besondere Futtermittel oder Medikamente sind dem Betreiber schriftlich mitzuteilen.</w:t>
      </w:r>
    </w:p>
    <w:p/>
    <w:p>
      <w:r>
        <w:rPr>
          <w:b/>
          <w:sz w:val="20"/>
        </w:rPr>
        <w:t>§ 3 – Gesundheitsvorsorge</w:t>
      </w:r>
    </w:p>
    <w:p>
      <w:r>
        <w:rPr>
          <w:b w:val="0"/>
          <w:sz w:val="20"/>
        </w:rPr>
        <w:t>Der Einsteller verpflichtet sich, das Pferd regelmäßig tierärztlich untersuchen zu lassen und notwendige Impfungen durchzuführen. Krankheiten oder Verletzungen sind dem Betreiber unverzüglich zu melden.</w:t>
      </w:r>
    </w:p>
    <w:p/>
    <w:p>
      <w:r>
        <w:rPr>
          <w:b/>
          <w:sz w:val="20"/>
        </w:rPr>
        <w:t>§ 4 – Haftung</w:t>
      </w:r>
    </w:p>
    <w:p>
      <w:r>
        <w:rPr>
          <w:b w:val="0"/>
          <w:sz w:val="20"/>
        </w:rPr>
        <w:t>Der Betreiber haftet für Schäden am Pferd nur bei Vorsatz oder grober Fahrlässigkeit. Für Verletzungen durch Dritte oder andere Tiere übernimmt der Betreiber keine Haftung.</w:t>
      </w:r>
    </w:p>
    <w:p/>
    <w:p>
      <w:r>
        <w:rPr>
          <w:b/>
          <w:sz w:val="20"/>
        </w:rPr>
        <w:t>§ 5 – Zahlungsbedingungen</w:t>
      </w:r>
    </w:p>
    <w:p>
      <w:r>
        <w:rPr>
          <w:b w:val="0"/>
          <w:sz w:val="20"/>
        </w:rPr>
        <w:t>Die Einstellgebühr beträgt ___________________ EUR monatlich und ist jeweils zum ___________________ fällig. Bei Zahlungsverzug behält sich der Betreiber das Recht vor, den Vertrag zu kündigen.</w:t>
      </w:r>
    </w:p>
    <w:p/>
    <w:p>
      <w:r>
        <w:rPr>
          <w:b/>
          <w:sz w:val="20"/>
        </w:rPr>
        <w:t>§ 6 – Vertragsdauer und Kündigung</w:t>
      </w:r>
    </w:p>
    <w:p>
      <w:r>
        <w:rPr>
          <w:b w:val="0"/>
          <w:sz w:val="20"/>
        </w:rPr>
        <w:t>Der Vertrag beginnt mit Unterzeichnung und läuft auf unbestimmte Zeit. Die Kündigungsfrist beträgt beidseitig ___________________ Wochen zum Monatsende.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§ 8 – Gerichtsstand</w:t>
      </w:r>
    </w:p>
    <w:p>
      <w:r>
        <w:rPr>
          <w:b w:val="0"/>
          <w:sz w:val="20"/>
        </w:rPr>
        <w:t>Gerichtsstand für alle Streitigkeiten aus diesem Vertrag ist der Sitz des Einstellbetriebs.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BETREIBER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https://dokumentfertig.com/einstellvertrag-pferd-offenstall-muster/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einstellvertrag-pferd-offenstall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