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EINVERSTÄNDNISERKLÄRUNG ÜBERNACHTUNG HOTEL</w:t>
      </w:r>
    </w:p>
    <w:p/>
    <w:p>
      <w:r>
        <w:rPr>
          <w:b w:val="0"/>
          <w:sz w:val="20"/>
        </w:rPr>
        <w:t>Ort : ____________________________    Datum : ____________________________</w:t>
      </w:r>
    </w:p>
    <w:p/>
    <w:p>
      <w:r>
        <w:rPr>
          <w:b/>
          <w:sz w:val="20"/>
        </w:rPr>
        <w:t>Angaben des Gastes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Geburtsdatum : 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Angaben zum Hotel :</w:t>
      </w:r>
    </w:p>
    <w:p>
      <w:r>
        <w:rPr>
          <w:b w:val="0"/>
          <w:sz w:val="20"/>
        </w:rPr>
        <w:t>Hotelname : 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Zimmernummer : ______________________________________________________</w:t>
      </w:r>
    </w:p>
    <w:p/>
    <w:p>
      <w:r>
        <w:rPr>
          <w:b/>
          <w:sz w:val="20"/>
        </w:rPr>
        <w:t>Einverständniserklärung :</w:t>
      </w:r>
    </w:p>
    <w:p>
      <w:r>
        <w:rPr>
          <w:b w:val="0"/>
          <w:sz w:val="20"/>
        </w:rPr>
        <w:t>Hiermit erkläre ich, der Gast, mein Einverständnis zur Übernachtung im oben genannten Hotel.</w:t>
      </w:r>
    </w:p>
    <w:p>
      <w:r>
        <w:rPr>
          <w:b w:val="0"/>
          <w:sz w:val="20"/>
        </w:rPr>
        <w:t>Ich bestätige, dass ich über die Hausordnung und Sicherheitsbestimmungen informiert wurde und diese einhalte.</w:t>
      </w:r>
    </w:p>
    <w:p>
      <w:r>
        <w:rPr>
          <w:b w:val="0"/>
          <w:sz w:val="20"/>
        </w:rPr>
        <w:t>Ich verpflichte mich, das Zimmer pfleglich zu behandeln und Schäden unverzüglich zu melden.</w:t>
      </w:r>
    </w:p>
    <w:p>
      <w:r>
        <w:rPr>
          <w:b w:val="0"/>
          <w:sz w:val="20"/>
        </w:rPr>
        <w:t>Das Hotel haftet nicht für Wertsachen, die nicht im Safe verwahrt werden.</w:t>
      </w:r>
    </w:p>
    <w:p/>
    <w:p>
      <w:r>
        <w:rPr>
          <w:b/>
          <w:sz w:val="20"/>
        </w:rPr>
        <w:t>Datenschutz und Haftungsausschluss :</w:t>
      </w:r>
    </w:p>
    <w:p>
      <w:r>
        <w:rPr>
          <w:b w:val="0"/>
          <w:sz w:val="20"/>
        </w:rPr>
        <w:t>Die im Rahmen des Aufenthalts erhobenen personenbezogenen Daten werden gemäß den geltenden Datenschutzbestimmungen verarbeitet.</w:t>
      </w:r>
    </w:p>
    <w:p>
      <w:r>
        <w:rPr>
          <w:b w:val="0"/>
          <w:sz w:val="20"/>
        </w:rPr>
        <w:t>Das Hotel übernimmt keine Haftung für Verletzungen, Diebstahl oder Verlust persönlicher Gegenstände, es sei denn, diese sind durch grobe Fahrlässigkeit oder Vorsatz des Hotels verursacht.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Diese Einverständniserklärung ist Bestandteil des Beherbergungsvertrages zwischen Gast und Hotel.</w:t>
      </w:r>
    </w:p>
    <w:p>
      <w:r>
        <w:rPr>
          <w:b w:val="0"/>
          <w:sz w:val="20"/>
        </w:rPr>
        <w:t>Für alle Streitigkeiten aus diesem Vertrag ist das Amtsgericht am Ort des Hotels zuständig.</w:t>
      </w:r>
    </w:p>
    <w:p/>
    <w:p/>
    <w:p>
      <w:r>
        <w:rPr>
          <w:b w:val="0"/>
          <w:sz w:val="20"/>
        </w:rPr>
        <w:t>Ort, Datum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Gast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Hotel (Vertreter)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https://dokumentfertig.com/einverstandniserklarung-ubernachtung-hotel-muster/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einverstandniserklarung-ubernachtung-hotel-muster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