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ERHÖHUNG DES STUNDENSATZES</w:t>
      </w:r>
    </w:p>
    <w:p/>
    <w:p/>
    <w:p>
      <w:r>
        <w:rPr>
          <w:b w:val="0"/>
          <w:sz w:val="20"/>
        </w:rPr>
        <w:t>Sehr geehrte Damen und Herren,</w:t>
      </w:r>
    </w:p>
    <w:p/>
    <w:p>
      <w:r>
        <w:rPr>
          <w:b w:val="0"/>
          <w:sz w:val="20"/>
        </w:rPr>
        <w:t>hiermit möchte ich Ihnen mitteilen, dass ich meinen Stundensatz anpassen werde.</w:t>
      </w:r>
    </w:p>
    <w:p/>
    <w:p>
      <w:r>
        <w:rPr>
          <w:b w:val="0"/>
          <w:sz w:val="20"/>
        </w:rPr>
        <w:t>Aufgrund gestiegener Kosten und einer kontinuierlichen Verbesserung meiner Leistungen ist eine Anpassung meines Stundensatzes notwendig geworden. Diese Maßnahme dient zur Sicherstellung der gewohnten hohen Qualität meiner Arbeit sowie zur Deckung der allgemeinen Kostenentwicklung.</w:t>
      </w:r>
    </w:p>
    <w:p/>
    <w:p>
      <w:r>
        <w:rPr>
          <w:b/>
          <w:sz w:val="20"/>
        </w:rPr>
        <w:t>Die Erhöhung des Stundensatzes erfolgt ab sofort und beträgt:</w:t>
      </w:r>
    </w:p>
    <w:p>
      <w:r>
        <w:rPr>
          <w:b w:val="0"/>
          <w:sz w:val="20"/>
        </w:rPr>
        <w:t>Neuer Stundensatz : _________________ EUR pro Stunde</w:t>
      </w:r>
    </w:p>
    <w:p/>
    <w:p>
      <w:r>
        <w:rPr>
          <w:b w:val="0"/>
          <w:sz w:val="20"/>
        </w:rPr>
        <w:t>Ich bitte Sie, diese Änderung bei zukünftigen Abrechnungen zu berücksichtigen. Selbstverständlich stehe ich Ihnen für Rückfragen oder zur Klärung weiterer Details gerne zur Verfügung.</w:t>
      </w:r>
    </w:p>
    <w:p/>
    <w:p>
      <w:r>
        <w:rPr>
          <w:b w:val="0"/>
          <w:sz w:val="20"/>
        </w:rPr>
        <w:t>Ich danke Ihnen für das entgegengebrachte Vertrauen und freue mich auf die weitere Zusammenarbeit.</w:t>
      </w:r>
    </w:p>
    <w:p/>
    <w:p/>
    <w:p>
      <w:r>
        <w:rPr>
          <w:b w:val="0"/>
          <w:sz w:val="20"/>
        </w:rPr>
        <w:t>Mit freundlichen Grüßen,</w:t>
      </w:r>
    </w:p>
    <w:p/>
    <w:p/>
    <w:p/>
    <w:p/>
    <w:tbl>
      <w:tblPr>
        <w:tblW w:type="auto" w:w="0"/>
        <w:tblLayout w:type="autofit"/>
        <w:tblLook w:firstColumn="1" w:firstRow="1" w:lastColumn="0" w:lastRow="0" w:noHBand="0" w:noVBand="1" w:val="04A0"/>
      </w:tblPr>
      <w:tblGrid>
        <w:gridCol w:w="9972"/>
      </w:tblGrid>
      <w:tr>
        <w:tc>
          <w:tcPr>
            <w:tcW w:type="dxa" w:w="9972"/>
            <w:tcBorders>
              <w:top w:val="nil"/>
              <w:left w:val="nil"/>
              <w:bottom w:val="nil"/>
              <w:right w:val="nil"/>
              <w:insideH w:val="nil"/>
              <w:insideV w:val="nil"/>
            </w:tcBorders>
          </w:tcPr>
          <w:p>
            <w:pPr>
              <w:jc w:val="center"/>
            </w:pPr>
            <w:r>
              <w:t>Name</w:t>
            </w:r>
          </w:p>
        </w:tc>
      </w:tr>
      <w:tr>
        <w:tc>
          <w:tcPr>
            <w:tcW w:type="dxa" w:w="9972"/>
            <w:tcBorders>
              <w:top w:val="nil"/>
              <w:left w:val="nil"/>
              <w:bottom w:val="nil"/>
              <w:right w:val="nil"/>
              <w:insideH w:val="nil"/>
              <w:insideV w:val="nil"/>
            </w:tcBorders>
          </w:tcPr>
          <w:p>
            <w:pPr>
              <w:jc w:val="center"/>
            </w:pPr>
            <w:r>
              <w:br/>
              <w:br/>
              <w:t>Unterschrift : _________________________</w:t>
            </w:r>
          </w:p>
        </w:tc>
      </w:tr>
      <w:tr>
        <w:tc>
          <w:tcPr>
            <w:tcW w:type="dxa" w:w="9972"/>
            <w:tcBorders>
              <w:top w:val="nil"/>
              <w:left w:val="nil"/>
              <w:bottom w:val="nil"/>
              <w:right w:val="nil"/>
              <w:insideH w:val="nil"/>
              <w:insideV w:val="nil"/>
            </w:tcBorders>
          </w:tcPr>
          <w:p>
            <w:pPr>
              <w:jc w:val="center"/>
            </w:pPr>
            <w:r>
              <w:t>Datum : ________________________________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https://dokumentfertig.com/erhohung-stundensatz-anschreiben-muster/</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https://dokumentfertig.com</w:t>
        </w:r>
      </w:hyperlink>
    </w:p>
    <w:p>
      <w:pPr>
        <w:jc w:val="center"/>
      </w:pPr>
      <w:r>
        <w:rPr>
          <w:color w:val="808080"/>
          <w:sz w:val="20"/>
        </w:rPr>
        <w:t>Diese Vorlage ist ausschließlich für den persönlichen, nicht kommerziellen Gebrauch bestimmt.</w:t>
        <w:br/>
        <w:t>Bei Weitergabe oder Veröffentlichung ist die Nennung der Quelle verpflichtend. © dokumentfertig.com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kumentfertig.com/erhohung-stundensatz-anschreiben-muster/" TargetMode="External"/><Relationship Id="rId10" Type="http://schemas.openxmlformats.org/officeDocument/2006/relationships/hyperlink" Target="https://dokumentferti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