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MUSTERSCHREIBEN ZUR UMWANDLUNG EINES FAHRVERBOTS</w:t>
      </w:r>
    </w:p>
    <w:p/>
    <w:p>
      <w:r>
        <w:rPr>
          <w:b/>
          <w:sz w:val="20"/>
        </w:rPr>
        <w:t>Absender :</w:t>
      </w:r>
    </w:p>
    <w:p>
      <w:r>
        <w:rPr>
          <w:b w:val="0"/>
          <w:sz w:val="20"/>
        </w:rPr>
        <w:t>Name : _____________________________________________________________</w:t>
      </w:r>
    </w:p>
    <w:p>
      <w:r>
        <w:rPr>
          <w:b w:val="0"/>
          <w:sz w:val="20"/>
        </w:rPr>
        <w:t>Anschrift : ________________________________________________________</w:t>
      </w:r>
    </w:p>
    <w:p>
      <w:r>
        <w:rPr>
          <w:b w:val="0"/>
          <w:sz w:val="20"/>
        </w:rPr>
        <w:t>Telefonnummer : ____________________________________________________</w:t>
      </w:r>
    </w:p>
    <w:p>
      <w:r>
        <w:rPr>
          <w:b w:val="0"/>
          <w:sz w:val="20"/>
        </w:rPr>
        <w:t>E-Mail : ___________________________________________________________</w:t>
      </w:r>
    </w:p>
    <w:p/>
    <w:p>
      <w:r>
        <w:rPr>
          <w:b/>
          <w:sz w:val="20"/>
        </w:rPr>
        <w:t>Empfänger :</w:t>
      </w:r>
    </w:p>
    <w:p>
      <w:r>
        <w:rPr>
          <w:b w:val="0"/>
          <w:sz w:val="20"/>
        </w:rPr>
        <w:t>Straßenverkehrsamt / Bußgeldstelle : _________________________________</w:t>
      </w:r>
    </w:p>
    <w:p>
      <w:r>
        <w:rPr>
          <w:b w:val="0"/>
          <w:sz w:val="20"/>
        </w:rPr>
        <w:t>Anschrift : ________________________________________________________</w:t>
      </w:r>
    </w:p>
    <w:p/>
    <w:p>
      <w:r>
        <w:rPr>
          <w:b/>
          <w:sz w:val="20"/>
        </w:rPr>
        <w:t>Betreff:</w:t>
      </w:r>
    </w:p>
    <w:p>
      <w:r>
        <w:rPr>
          <w:b/>
          <w:sz w:val="20"/>
        </w:rPr>
        <w:t>Antrag auf Umwandlung eines Fahrverbots in ein höheres Bußgeld</w:t>
      </w:r>
    </w:p>
    <w:p/>
    <w:p>
      <w:r>
        <w:rPr>
          <w:b w:val="0"/>
          <w:sz w:val="20"/>
        </w:rPr>
        <w:t>Sehr geehrte Damen und Herren,</w:t>
      </w:r>
    </w:p>
    <w:p/>
    <w:p>
      <w:r>
        <w:rPr>
          <w:b w:val="0"/>
          <w:sz w:val="20"/>
        </w:rPr>
        <w:t>hiermit beantrage ich die Umwandlung des gegen mich verhängten Fahrverbots in ein höheres Bußgeld. Aufgrund meiner persönlichen und beruflichen Situation ist mir die Einhaltung des Fahrverbots nur mit erheblichen Härten möglich.</w:t>
      </w:r>
    </w:p>
    <w:p/>
    <w:p>
      <w:r>
        <w:rPr>
          <w:b/>
          <w:sz w:val="20"/>
        </w:rPr>
        <w:t>Begründung:</w:t>
      </w:r>
    </w:p>
    <w:p>
      <w:r>
        <w:rPr>
          <w:b w:val="0"/>
          <w:sz w:val="20"/>
        </w:rPr>
        <w:t>Ich bitte um wohlwollende Prüfung folgender Umstände:</w:t>
      </w:r>
    </w:p>
    <w:p>
      <w:r>
        <w:rPr>
          <w:b w:val="0"/>
          <w:sz w:val="20"/>
        </w:rPr>
        <w:t>- Meine berufliche Tätigkeit erfordert zwingend die Nutzung eines Fahrzeugs.</w:t>
      </w:r>
    </w:p>
    <w:p>
      <w:r>
        <w:rPr>
          <w:b w:val="0"/>
          <w:sz w:val="20"/>
        </w:rPr>
        <w:t>- Es besteht keine zumutbare Möglichkeit, auf öffentliche Verkehrsmittel auszuweichen.</w:t>
      </w:r>
    </w:p>
    <w:p>
      <w:r>
        <w:rPr>
          <w:b w:val="0"/>
          <w:sz w:val="20"/>
        </w:rPr>
        <w:t>- Das Fahrverbot führt zu erheblichen Nachteilen bei der Ausübung meines Berufs und der Sicherstellung meines Lebensunterhalts.</w:t>
      </w:r>
    </w:p>
    <w:p>
      <w:r>
        <w:rPr>
          <w:b w:val="0"/>
          <w:sz w:val="20"/>
        </w:rPr>
        <w:t>- Die Umwandlung in ein höheres Bußgeld würde mir ermöglichen, meine beruflichen Pflichten weiterhin zu erfüllen.</w:t>
      </w:r>
    </w:p>
    <w:p/>
    <w:p>
      <w:r>
        <w:rPr>
          <w:b/>
          <w:sz w:val="20"/>
        </w:rPr>
        <w:t>Rechtsgrundlage:</w:t>
      </w:r>
    </w:p>
    <w:p>
      <w:r>
        <w:rPr>
          <w:b w:val="0"/>
          <w:sz w:val="20"/>
        </w:rPr>
        <w:t>Gemäß § 25 Abs. 2 StVG kann unter besonderen Umständen ein Fahrverbot in ein erhöhtes Bußgeld umgewandelt werden, wenn die Verhängung des Fahrverbots zu außergewöhnlichen Härten führt.</w:t>
      </w:r>
    </w:p>
    <w:p/>
    <w:p>
      <w:r>
        <w:rPr>
          <w:b w:val="0"/>
          <w:sz w:val="20"/>
        </w:rPr>
        <w:t>Ich bitte Sie daher, meinen Antrag wohlwollend zu prüfen und mir eine schriftliche Entscheidung zukommen zu lassen.</w:t>
      </w:r>
    </w:p>
    <w:p/>
    <w:p>
      <w:r>
        <w:rPr>
          <w:b w:val="0"/>
          <w:sz w:val="20"/>
        </w:rPr>
        <w:t>Mit freundlichen Grüßen,</w:t>
      </w:r>
    </w:p>
    <w:p/>
    <w:p/>
    <w:p/>
    <w:p>
      <w:pPr>
        <w:jc w:val="center"/>
      </w:pPr>
      <w:r>
        <w:rPr>
          <w:b w:val="0"/>
          <w:sz w:val="20"/>
        </w:rPr>
        <w:t>_____________________________</w:t>
      </w:r>
    </w:p>
    <w:p>
      <w:pPr>
        <w:jc w:val="center"/>
      </w:pPr>
      <w:r>
        <w:rPr>
          <w:b w:val="0"/>
          <w:sz w:val="20"/>
        </w:rPr>
        <w:t>Unterschrift Antragsteller/in</w:t>
      </w:r>
    </w:p>
    <w:p/>
    <w:p/>
    <w:p>
      <w:r>
        <w:rPr>
          <w:b w:val="0"/>
          <w:sz w:val="20"/>
        </w:rPr>
        <w:t>Ort : ____________________________    Datum : 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Unterschrift Antragsteller/in</w:t>
            </w:r>
          </w:p>
        </w:tc>
        <w:tc>
          <w:tcPr>
            <w:tcW w:type="dxa" w:w="4986"/>
            <w:tcBorders>
              <w:top w:val="nil"/>
              <w:left w:val="nil"/>
              <w:bottom w:val="nil"/>
              <w:right w:val="nil"/>
              <w:insideH w:val="nil"/>
              <w:insideV w:val="nil"/>
            </w:tcBorders>
          </w:tcPr>
          <w:p>
            <w:pPr>
              <w:jc w:val="center"/>
            </w:pPr>
            <w:r>
              <w:t>Unterschrift Behörde</w:t>
            </w:r>
          </w:p>
        </w:tc>
      </w:tr>
      <w:tr>
        <w:tc>
          <w:tcPr>
            <w:tcW w:type="dxa" w:w="4986"/>
            <w:tcBorders>
              <w:top w:val="nil"/>
              <w:left w:val="nil"/>
              <w:bottom w:val="nil"/>
              <w:right w:val="nil"/>
              <w:insideH w:val="nil"/>
              <w:insideV w:val="nil"/>
            </w:tcBorders>
          </w:tcPr>
          <w:p>
            <w:pPr>
              <w:jc w:val="center"/>
            </w:pPr>
            <w:r>
              <w:br/>
              <w:br/>
              <w:t>_______________________________</w:t>
            </w:r>
          </w:p>
        </w:tc>
        <w:tc>
          <w:tcPr>
            <w:tcW w:type="dxa" w:w="4986"/>
            <w:tcBorders>
              <w:top w:val="nil"/>
              <w:left w:val="nil"/>
              <w:bottom w:val="nil"/>
              <w:right w:val="nil"/>
              <w:insideH w:val="nil"/>
              <w:insideV w:val="nil"/>
            </w:tcBorders>
          </w:tcPr>
          <w:p>
            <w:pPr>
              <w:jc w:val="center"/>
            </w:pPr>
            <w:r>
              <w:br/>
              <w:br/>
              <w:t>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https://dokumentfertig.com/fahrverbot-umwandeln-musterschreiben/</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https://dokumentfertig.com</w:t>
        </w:r>
      </w:hyperlink>
    </w:p>
    <w:p>
      <w:pPr>
        <w:jc w:val="center"/>
      </w:pPr>
      <w:r>
        <w:rPr>
          <w:color w:val="808080"/>
          <w:sz w:val="20"/>
        </w:rPr>
        <w:t>Diese Vorlage ist ausschließlich für den persönlichen, nicht kommerziellen Gebrauch bestimmt.</w:t>
        <w:br/>
        <w:t>Bei Weitergabe oder Veröffentlichung ist die Nennung der Quelle verpflichtend. © dokumentfertig.com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kumentfertig.com/fahrverbot-umwandeln-musterschreiben/" TargetMode="External"/><Relationship Id="rId10" Type="http://schemas.openxmlformats.org/officeDocument/2006/relationships/hyperlink" Target="https://dokumentferti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