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Vertrags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zwischen uns bestehenden Vertrag fristgerecht und ordentlich zum nächstmöglichen Zeitpunkt.</w:t>
      </w:r>
    </w:p>
    <w:p/>
    <w:p>
      <w:r>
        <w:rPr>
          <w:b w:val="0"/>
          <w:sz w:val="20"/>
        </w:rPr>
        <w:t>Bitte bestätigen Sie mir den Erhalt dieser Kündigung sowie das Vertragsende schriftlich.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https://dokumentfertig.com/fom-kundigen/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fom-kundige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