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FORMLOSE ERKLÄRUNG DER ELTERN</w:t>
      </w:r>
    </w:p>
    <w:p/>
    <w:p>
      <w:r>
        <w:rPr>
          <w:b w:val="0"/>
          <w:sz w:val="20"/>
        </w:rPr>
        <w:t>Wir, die Unterzeichnenden, erklären hiermit verbindlich,</w:t>
      </w:r>
    </w:p>
    <w:p>
      <w:r>
        <w:rPr>
          <w:b/>
          <w:sz w:val="20"/>
        </w:rPr>
        <w:t>dass wir unser Kind finanziell unterstützen und für den Lebensunterhalt sorgen.</w:t>
      </w:r>
    </w:p>
    <w:p/>
    <w:p>
      <w:r>
        <w:rPr>
          <w:b/>
          <w:sz w:val="20"/>
        </w:rPr>
        <w:t>Angaben der Eltern:</w:t>
      </w:r>
    </w:p>
    <w:p>
      <w:r>
        <w:rPr>
          <w:b w:val="0"/>
          <w:sz w:val="20"/>
        </w:rPr>
        <w:t>Vor- und Nachname Mutter : _______________________________________________</w:t>
      </w:r>
    </w:p>
    <w:p>
      <w:r>
        <w:rPr>
          <w:b w:val="0"/>
          <w:sz w:val="20"/>
        </w:rPr>
        <w:t>Anschrift Mutter : ________________________________________________________</w:t>
      </w:r>
    </w:p>
    <w:p>
      <w:r>
        <w:rPr>
          <w:b w:val="0"/>
          <w:sz w:val="20"/>
        </w:rPr>
        <w:t>Telefonnummer Mutter : ___________________________________________________</w:t>
      </w:r>
    </w:p>
    <w:p/>
    <w:p>
      <w:r>
        <w:rPr>
          <w:b w:val="0"/>
          <w:sz w:val="20"/>
        </w:rPr>
        <w:t>Vor- und Nachname Vater : _________________________________________________</w:t>
      </w:r>
    </w:p>
    <w:p>
      <w:r>
        <w:rPr>
          <w:b w:val="0"/>
          <w:sz w:val="20"/>
        </w:rPr>
        <w:t>Anschrift Vater : __________________________________________________________</w:t>
      </w:r>
    </w:p>
    <w:p>
      <w:r>
        <w:rPr>
          <w:b w:val="0"/>
          <w:sz w:val="20"/>
        </w:rPr>
        <w:t>Telefonnummer Vater : _____________________________________________________</w:t>
      </w:r>
    </w:p>
    <w:p/>
    <w:p>
      <w:r>
        <w:rPr>
          <w:b/>
          <w:sz w:val="20"/>
        </w:rPr>
        <w:t>Angaben zum Kind:</w:t>
      </w:r>
    </w:p>
    <w:p>
      <w:r>
        <w:rPr>
          <w:b w:val="0"/>
          <w:sz w:val="20"/>
        </w:rPr>
        <w:t>Vor- und Nachname : 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</w:t>
      </w:r>
    </w:p>
    <w:p/>
    <w:p>
      <w:r>
        <w:rPr>
          <w:b w:val="0"/>
          <w:sz w:val="20"/>
        </w:rPr>
        <w:t>Wir erklären ausdrücklich, dass wir für das oben genannte Kind unterhaltspflichtig sind und</w:t>
      </w:r>
    </w:p>
    <w:p>
      <w:r>
        <w:rPr>
          <w:b w:val="0"/>
          <w:sz w:val="20"/>
        </w:rPr>
        <w:t>regelmäßig finanzielle Leistungen erbringen oder erbringen werden, um den Lebensunterhalt zu sichern.</w:t>
      </w:r>
    </w:p>
    <w:p/>
    <w:p>
      <w:r>
        <w:rPr>
          <w:b w:val="0"/>
          <w:sz w:val="20"/>
        </w:rPr>
        <w:t>Diese Erklärung dient als Nachweis der finanziellen Unterstützung und kann gegenüber Behörden oder</w:t>
      </w:r>
    </w:p>
    <w:p>
      <w:r>
        <w:rPr>
          <w:b w:val="0"/>
          <w:sz w:val="20"/>
        </w:rPr>
        <w:t>anderen Institutionen vorgelegt werden.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Mutter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Vater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https://dokumentfertig.com/formlose-erklarung-der-eltern-uber-finanzielle-unterstutzung-schreiben/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formlose-erklarung-der-eltern-uber-finanzielle-unterstutzung-schreib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