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FREIGABEERKLÄRUNG ZUR HINTERLEGUNG</w:t>
      </w:r>
    </w:p>
    <w:p/>
    <w:p>
      <w:r>
        <w:rPr>
          <w:b w:val="0"/>
          <w:sz w:val="20"/>
        </w:rPr>
        <w:t>Ich/Wir, nachfolgend „Erklärende“ genannt, erkläre(n) hiermit die Freigabe und Zustimmung zur Hinterlegung folgender Unterlagen/Dokumente.</w:t>
      </w:r>
    </w:p>
    <w:p/>
    <w:p>
      <w:r>
        <w:rPr>
          <w:b/>
          <w:sz w:val="20"/>
        </w:rPr>
        <w:t>Angaben zur Person / zum Unternehmen:</w:t>
      </w:r>
    </w:p>
    <w:p>
      <w:r>
        <w:rPr>
          <w:b w:val="0"/>
          <w:sz w:val="20"/>
        </w:rPr>
        <w:t>Name / Firma : ___________________________________________________</w:t>
      </w:r>
    </w:p>
    <w:p>
      <w:r>
        <w:rPr>
          <w:b w:val="0"/>
          <w:sz w:val="20"/>
        </w:rPr>
        <w:t>Anschrift : ______________________________________________________</w:t>
      </w:r>
    </w:p>
    <w:p>
      <w:r>
        <w:rPr>
          <w:b w:val="0"/>
          <w:sz w:val="20"/>
        </w:rPr>
        <w:t>Vertreten durch (bei juristischen Personen) : _______________________</w:t>
      </w:r>
    </w:p>
    <w:p>
      <w:r>
        <w:rPr>
          <w:b w:val="0"/>
          <w:sz w:val="20"/>
        </w:rPr>
        <w:t>Telefonnummer : _________________________________________________</w:t>
      </w:r>
    </w:p>
    <w:p/>
    <w:p>
      <w:r>
        <w:rPr>
          <w:b/>
          <w:sz w:val="20"/>
        </w:rPr>
        <w:t>Angaben zur Hinterlegung:</w:t>
      </w:r>
    </w:p>
    <w:p>
      <w:r>
        <w:rPr>
          <w:b w:val="0"/>
          <w:sz w:val="20"/>
        </w:rPr>
        <w:t>Art der Unterlagen/Dokumente : ___________________________________</w:t>
      </w:r>
    </w:p>
    <w:p>
      <w:r>
        <w:rPr>
          <w:b w:val="0"/>
          <w:sz w:val="20"/>
        </w:rPr>
        <w:t>Grund der Hinterlegung : __________________________________________</w:t>
      </w:r>
    </w:p>
    <w:p>
      <w:r>
        <w:rPr>
          <w:b w:val="0"/>
          <w:sz w:val="20"/>
        </w:rPr>
        <w:t>Ort der Hinterlegung : _____________________________________________</w:t>
      </w:r>
    </w:p>
    <w:p/>
    <w:p>
      <w:r>
        <w:rPr>
          <w:b/>
          <w:sz w:val="20"/>
        </w:rPr>
        <w:t>Erklärung:</w:t>
      </w:r>
    </w:p>
    <w:p>
      <w:r>
        <w:rPr>
          <w:b w:val="0"/>
          <w:sz w:val="20"/>
        </w:rPr>
        <w:t>Hiermit entbinde(n) ich/wir die empfangende Stelle ausdrücklich von jeglicher Haftung für den Verlust oder die Beschädigung der hinterlegten Unterlagen, soweit dies gesetzlich zulässig ist.</w:t>
      </w:r>
    </w:p>
    <w:p>
      <w:r>
        <w:rPr>
          <w:b w:val="0"/>
          <w:sz w:val="20"/>
        </w:rPr>
        <w:t>Ich/Wir bestätige(n), dass die Hinterlegung freiwillig erfolgt und keine Verpflichtung zur Rückforderung besteht, sofern nicht anders vereinbart.</w:t>
      </w:r>
    </w:p>
    <w:p/>
    <w:p>
      <w:r>
        <w:rPr>
          <w:b w:val="0"/>
          <w:sz w:val="20"/>
        </w:rPr>
        <w:t>Die empfangende Stelle ist berechtigt, die hinterlegten Unterlagen nur im Rahmen des vereinbarten Zwecks zu verwenden und nach Ablauf der vereinbarten Frist oder auf Aufforderung unverzüglich zurückzugeben oder zu vernichten.</w:t>
      </w:r>
    </w:p>
    <w:p/>
    <w:p>
      <w:r>
        <w:rPr>
          <w:b/>
          <w:sz w:val="20"/>
        </w:rPr>
        <w:t>Haftungsausschluss:</w:t>
      </w:r>
    </w:p>
    <w:p>
      <w:r>
        <w:rPr>
          <w:b w:val="0"/>
          <w:sz w:val="20"/>
        </w:rPr>
        <w:t>Für Schäden, die durch höhere Gewalt, unvorhersehbare Ereignisse oder durch Dritte verursacht werden, übernimmt die empfangende Stelle keine Haftung.</w:t>
      </w:r>
    </w:p>
    <w:p/>
    <w:p>
      <w:r>
        <w:rPr>
          <w:b/>
          <w:sz w:val="20"/>
        </w:rPr>
        <w:t>Gültigkeit und Widerruf:</w:t>
      </w:r>
    </w:p>
    <w:p>
      <w:r>
        <w:rPr>
          <w:b w:val="0"/>
          <w:sz w:val="20"/>
        </w:rPr>
        <w:t>Diese Freigabeerklärung gilt bis auf Widerruf durch die Erklärenden. Ein Widerruf muss schriftlich erfolgen und wird ab Zugang wirksam.</w:t>
      </w:r>
    </w:p>
    <w:p/>
    <w:p>
      <w:r>
        <w:rPr>
          <w:b/>
          <w:sz w:val="20"/>
        </w:rPr>
        <w:t>Schlussbestimmungen:</w:t>
      </w:r>
    </w:p>
    <w:p>
      <w:r>
        <w:rPr>
          <w:b w:val="0"/>
          <w:sz w:val="20"/>
        </w:rPr>
        <w:t>Sollten einzelne Bestimmungen dieser Erklärung unwirksam sein oder werden, bleibt die Wirksamkeit der übrigen Bestimmungen unberührt.</w:t>
      </w:r>
    </w:p>
    <w:p>
      <w:r>
        <w:rPr>
          <w:b w:val="0"/>
          <w:sz w:val="20"/>
        </w:rPr>
        <w:t>Es gilt deutsches Recht.</w:t>
      </w:r>
    </w:p>
    <w:p/>
    <w:p/>
    <w:p>
      <w:r>
        <w:rPr>
          <w:b w:val="0"/>
          <w:sz w:val="20"/>
        </w:rPr>
        <w:t>Ort : ____________________________________________________________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ERKLÄRENDE/R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EMPFEHLEMPFÄNGER/IN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 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 : 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 : 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 : ________________________________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Originalquelle dieses Dokuments: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https://dokumentfertig.com/freigabeerklarung-hinterlegung-muster/</w:t>
        </w:r>
      </w:hyperlink>
    </w:p>
    <w:p>
      <w:pPr>
        <w:jc w:val="center"/>
      </w:pPr>
      <w:r>
        <w:rPr>
          <w:color w:val="555555"/>
          <w:sz w:val="26"/>
        </w:rPr>
        <w:t>War diese Vorlage für Sie hilfreich?</w:t>
      </w:r>
    </w:p>
    <w:p>
      <w:pPr>
        <w:jc w:val="center"/>
      </w:pPr>
      <w:r>
        <w:rPr>
          <w:color w:val="555555"/>
          <w:sz w:val="26"/>
        </w:rPr>
        <w:t>Weitere aktuelle Vorlagen finden Sie unter: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https://dokumentfertig.com</w:t>
        </w:r>
      </w:hyperlink>
    </w:p>
    <w:p>
      <w:pPr>
        <w:jc w:val="center"/>
      </w:pPr>
      <w:r>
        <w:rPr>
          <w:color w:val="808080"/>
          <w:sz w:val="20"/>
        </w:rPr>
        <w:t>Diese Vorlage ist ausschließlich für den persönlichen, nicht kommerziellen Gebrauch bestimmt.</w:t>
        <w:br/>
        <w:t>Bei Weitergabe oder Veröffentlichung ist die Nennung der Quelle verpflichtend. © dokumentfertig.com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dokumentfertig.com/freigabeerklarung-hinterlegung-muster/" TargetMode="External"/><Relationship Id="rId10" Type="http://schemas.openxmlformats.org/officeDocument/2006/relationships/hyperlink" Target="https://dokumentfertig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