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GAP-VERSICHERUNG BEI FINANZIERUNG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der Versicherung : ____________________________________________</w:t>
      </w:r>
    </w:p>
    <w:p>
      <w:r>
        <w:rPr>
          <w:b w:val="0"/>
          <w:sz w:val="20"/>
        </w:rPr>
        <w:t>Abteilung/Kundendienst : 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der GAP-Versicherung bei laufender Finanzierung</w:t>
      </w:r>
    </w:p>
    <w:p/>
    <w:p>
      <w:r>
        <w:rPr>
          <w:b w:val="0"/>
          <w:sz w:val="20"/>
        </w:rPr>
        <w:t>Sehr geehrte Damen und Herren,</w:t>
      </w:r>
    </w:p>
    <w:p>
      <w:r>
        <w:rPr>
          <w:b w:val="0"/>
          <w:sz w:val="20"/>
        </w:rPr>
        <w:t>hiermit kündige ich die GAP-Versicherung, die im Rahmen meiner Fahrzeugfinanzierung abgeschlossen wurde, mit sofortiger Wirkung.</w:t>
      </w:r>
    </w:p>
    <w:p/>
    <w:p>
      <w:r>
        <w:rPr>
          <w:b/>
          <w:sz w:val="20"/>
        </w:rPr>
        <w:t>Vertragsdaten :</w:t>
      </w:r>
    </w:p>
    <w:p>
      <w:r>
        <w:rPr>
          <w:b w:val="0"/>
          <w:sz w:val="20"/>
        </w:rPr>
        <w:t>Versicherungsnummer : ____________________________________________</w:t>
      </w:r>
    </w:p>
    <w:p>
      <w:r>
        <w:rPr>
          <w:b w:val="0"/>
          <w:sz w:val="20"/>
        </w:rPr>
        <w:t>Finanzierungsnummer : _____________________________________________</w:t>
      </w:r>
    </w:p>
    <w:p>
      <w:r>
        <w:rPr>
          <w:b w:val="0"/>
          <w:sz w:val="20"/>
        </w:rPr>
        <w:t>Fahrzeug (Marke/Modell) : _________________________________________</w:t>
      </w:r>
    </w:p>
    <w:p>
      <w:r>
        <w:rPr>
          <w:b w:val="0"/>
          <w:sz w:val="20"/>
        </w:rPr>
        <w:t>Fahrzeug-Identifizierungsnummer (FIN) : ___________________________</w:t>
      </w:r>
    </w:p>
    <w:p/>
    <w:p>
      <w:r>
        <w:rPr>
          <w:b/>
          <w:sz w:val="20"/>
        </w:rPr>
        <w:t>Begründung der Kündigung :</w:t>
      </w:r>
    </w:p>
    <w:p>
      <w:r>
        <w:rPr>
          <w:b w:val="0"/>
          <w:sz w:val="20"/>
        </w:rPr>
        <w:t>Die Finanzierung wurde vollständig abgelöst / das Fahrzeug wurde verkauft / ein anderweitiger Versicherungsvertrag wurde abgeschlossen.</w:t>
      </w:r>
    </w:p>
    <w:p/>
    <w:p>
      <w:r>
        <w:rPr>
          <w:b w:val="0"/>
          <w:sz w:val="20"/>
        </w:rPr>
        <w:t>Ich bitte um eine schriftliche Bestätigung der Kündigung sowie die Mitteilung des Beendigungszeitpunktes der Versicherung.</w:t>
      </w:r>
    </w:p>
    <w:p/>
    <w:p>
      <w:r>
        <w:rPr>
          <w:b/>
          <w:sz w:val="20"/>
        </w:rPr>
        <w:t>Rechtlicher Hinweis :</w:t>
      </w:r>
    </w:p>
    <w:p>
      <w:r>
        <w:rPr>
          <w:b w:val="0"/>
          <w:sz w:val="20"/>
        </w:rPr>
        <w:t>Diese Kündigung erfolgt unter Einhaltung der vertraglichen und gesetzlichen Kündigungsfristen gemäß deutschem Versicherungsvertragsgesetz (VVG).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Unterschrift Versicherungsnehmer</w:t>
      </w:r>
    </w:p>
    <w:p/>
    <w:p/>
    <w:p>
      <w:r>
        <w:rPr>
          <w:b w:val="0"/>
          <w:sz w:val="20"/>
        </w:rPr>
        <w:t>Ort : ____________________________    Datum 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Versicherungsnehmer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https://dokumentfertig.com/gap-versicherung-bei-finanzierung-kundigen/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gap-versicherung-bei-finanzierung-kundigen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