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VERSCHIEBUNG DES GERICHTSTERMINES</w:t>
      </w:r>
    </w:p>
    <w:p/>
    <w:p>
      <w:r>
        <w:rPr>
          <w:b/>
          <w:sz w:val="20"/>
        </w:rPr>
        <w:t>An das zuständige Gericht :</w:t>
      </w:r>
    </w:p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_____________________________</w:t>
      </w:r>
    </w:p>
    <w:p/>
    <w:p>
      <w:r>
        <w:rPr>
          <w:b w:val="0"/>
          <w:sz w:val="20"/>
        </w:rPr>
        <w:t>Aktenzeichen : _____________________________________________</w:t>
      </w:r>
    </w:p>
    <w:p/>
    <w:p>
      <w:r>
        <w:rPr>
          <w:b/>
          <w:sz w:val="20"/>
        </w:rPr>
        <w:t>Angaben des Antragstellers :</w:t>
      </w:r>
    </w:p>
    <w:p>
      <w:r>
        <w:rPr>
          <w:b w:val="0"/>
          <w:sz w:val="20"/>
        </w:rPr>
        <w:t>Name, Vorname : 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des Vertreters (falls zutreffend) :</w:t>
      </w:r>
    </w:p>
    <w:p>
      <w:r>
        <w:rPr>
          <w:b w:val="0"/>
          <w:sz w:val="20"/>
        </w:rPr>
        <w:t>Name, Vorname : 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der Gegenpartei :</w:t>
      </w:r>
    </w:p>
    <w:p>
      <w:r>
        <w:rPr>
          <w:b w:val="0"/>
          <w:sz w:val="20"/>
        </w:rPr>
        <w:t>Name, Vorname : 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Antrag :</w:t>
      </w:r>
    </w:p>
    <w:p>
      <w:r>
        <w:rPr>
          <w:b w:val="0"/>
          <w:sz w:val="20"/>
        </w:rPr>
        <w:t>Hiermit beantrage ich die Verschiebung des anberaumten Gerichtstermins in oben genanntem Verfahren.</w:t>
      </w:r>
    </w:p>
    <w:p/>
    <w:p>
      <w:r>
        <w:rPr>
          <w:b/>
          <w:sz w:val="20"/>
        </w:rPr>
        <w:t>Begründung :</w:t>
      </w:r>
    </w:p>
    <w:p>
      <w:r>
        <w:rPr>
          <w:b w:val="0"/>
          <w:sz w:val="20"/>
        </w:rPr>
        <w:t>Aus wichtigen Gründen, die eine fristgerechte Wahrnehmung des Termins unmöglich machen, ist eine Verschiebung erforderlich.</w:t>
      </w:r>
    </w:p>
    <w:p>
      <w:r>
        <w:rPr>
          <w:b w:val="0"/>
          <w:sz w:val="20"/>
        </w:rPr>
        <w:t>Diese Gründe werden nachfolgend dargelegt:</w:t>
      </w:r>
    </w:p>
    <w:p>
      <w:r>
        <w:rPr>
          <w:b w:val="0"/>
          <w:sz w:val="20"/>
        </w:rPr>
        <w:t>- __________________________________________________________</w:t>
      </w:r>
    </w:p>
    <w:p>
      <w:r>
        <w:rPr>
          <w:b w:val="0"/>
          <w:sz w:val="20"/>
        </w:rPr>
        <w:t>- __________________________________________________________</w:t>
      </w:r>
    </w:p>
    <w:p>
      <w:r>
        <w:rPr>
          <w:b w:val="0"/>
          <w:sz w:val="20"/>
        </w:rPr>
        <w:t>- __________________________________________________________</w:t>
      </w:r>
    </w:p>
    <w:p/>
    <w:p>
      <w:r>
        <w:rPr>
          <w:b w:val="0"/>
          <w:sz w:val="20"/>
        </w:rPr>
        <w:t>Ich bitte höflich um Berücksichtigung meines Antrags und um eine Terminmitteilung.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Unterschrift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Vertreter (falls vorhanden)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https://dokumentfertig.com/gerichtstermin-verschieben-vorlage/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gerichtstermin-verschiebe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