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GESUCH UM SCHULEINTEILUNG</w:t>
      </w:r>
    </w:p>
    <w:p/>
    <w:p/>
    <w:p>
      <w:r>
        <w:rPr>
          <w:b/>
          <w:sz w:val="20"/>
        </w:rPr>
        <w:t>Angaben zum Antragsteller:</w:t>
      </w:r>
    </w:p>
    <w:p>
      <w:r>
        <w:rPr>
          <w:b w:val="0"/>
          <w:sz w:val="20"/>
        </w:rPr>
        <w:t>Vorname, Nachname : ________________________________________________</w:t>
      </w:r>
    </w:p>
    <w:p>
      <w:r>
        <w:rPr>
          <w:b w:val="0"/>
          <w:sz w:val="20"/>
        </w:rPr>
        <w:t>Geburtsdatum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Angaben zum Kind:</w:t>
      </w:r>
    </w:p>
    <w:p>
      <w:r>
        <w:rPr>
          <w:b w:val="0"/>
          <w:sz w:val="20"/>
        </w:rPr>
        <w:t>Vorname, Nachname : ________________________________________________</w:t>
      </w:r>
    </w:p>
    <w:p>
      <w:r>
        <w:rPr>
          <w:b w:val="0"/>
          <w:sz w:val="20"/>
        </w:rPr>
        <w:t>Geburtsdatum : ________________________________________________</w:t>
      </w:r>
    </w:p>
    <w:p>
      <w:r>
        <w:rPr>
          <w:b w:val="0"/>
          <w:sz w:val="20"/>
        </w:rPr>
        <w:t>Geburtsort : ________________________________________________________</w:t>
      </w:r>
    </w:p>
    <w:p>
      <w:r>
        <w:rPr>
          <w:b w:val="0"/>
          <w:sz w:val="20"/>
        </w:rPr>
        <w:t>Anschrift (falls abweichend) : ______________________________________</w:t>
      </w:r>
    </w:p>
    <w:p/>
    <w:p>
      <w:r>
        <w:rPr>
          <w:b/>
          <w:sz w:val="20"/>
        </w:rPr>
        <w:t>Schulwunsch:</w:t>
      </w:r>
    </w:p>
    <w:p>
      <w:r>
        <w:rPr>
          <w:b w:val="0"/>
          <w:sz w:val="20"/>
        </w:rPr>
        <w:t>Gewünschte Schule : ________________________________________________</w:t>
      </w:r>
    </w:p>
    <w:p>
      <w:r>
        <w:rPr>
          <w:b w:val="0"/>
          <w:sz w:val="20"/>
        </w:rPr>
        <w:t>Klasse / Jahrgangsstufe : ___________________________________________</w:t>
      </w:r>
    </w:p>
    <w:p>
      <w:r>
        <w:rPr>
          <w:b w:val="0"/>
          <w:sz w:val="20"/>
        </w:rPr>
        <w:t>Begründung des Schulwunsches :</w:t>
      </w:r>
    </w:p>
    <w:p>
      <w:r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</w:r>
    </w:p>
    <w:p/>
    <w:p>
      <w:r>
        <w:rPr>
          <w:b/>
          <w:sz w:val="20"/>
        </w:rPr>
        <w:t>Sonstige Angaben / besondere Förderbedarfe:</w:t>
      </w:r>
    </w:p>
    <w:p>
      <w:r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  <w:t>_______________________________________________________________________</w:t>
        <w:br/>
      </w:r>
    </w:p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Hiermit beantrage ich die Einschulung meines Kindes in die oben genannte Schule. Ich versichere, dass alle gemachten Angaben wahrheitsgemäß und vollständig sind.</w:t>
      </w:r>
    </w:p>
    <w:p/>
    <w:p/>
    <w:p>
      <w:r>
        <w:rPr>
          <w:b w:val="0"/>
          <w:sz w:val="20"/>
        </w:rPr>
        <w:t>Ort : ______________________________________    Datum : ____________________</w:t>
      </w:r>
    </w:p>
    <w:p/>
    <w:p/>
    <w:p>
      <w:r>
        <w:rPr>
          <w:b w:val="0"/>
          <w:sz w:val="20"/>
        </w:rPr>
        <w:t>Unterschrift Antragsteller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Sachbearbeiter Schule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Leiter der Schule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https://dokumentfertig.com/gesuch-schuleinteilung-muster/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gesuch-schuleinteilung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