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GRUNDSTÜCKSEIGENTÜMERERKLÄRUNG</w:t>
      </w:r>
    </w:p>
    <w:p/>
    <w:p>
      <w:r>
        <w:rPr>
          <w:b/>
          <w:sz w:val="20"/>
        </w:rPr>
        <w:t>Angaben des Grundstückseigentümers :</w:t>
      </w:r>
    </w:p>
    <w:p>
      <w:r>
        <w:rPr>
          <w:b w:val="0"/>
          <w:sz w:val="20"/>
        </w:rPr>
        <w:t>Vor- und Nachname : ___________________________________________________</w:t>
      </w:r>
    </w:p>
    <w:p>
      <w:r>
        <w:rPr>
          <w:b w:val="0"/>
          <w:sz w:val="20"/>
        </w:rPr>
        <w:t>Geburtsdatum : ______________________________________________________</w:t>
      </w:r>
    </w:p>
    <w:p>
      <w:r>
        <w:rPr>
          <w:b w:val="0"/>
          <w:sz w:val="20"/>
        </w:rPr>
        <w:t>Anschrift : ___________________________________________________________</w:t>
      </w:r>
    </w:p>
    <w:p>
      <w:r>
        <w:rPr>
          <w:b w:val="0"/>
          <w:sz w:val="20"/>
        </w:rPr>
        <w:t>Grundstücksadresse : _________________________________________________</w:t>
      </w:r>
    </w:p>
    <w:p>
      <w:r>
        <w:rPr>
          <w:b w:val="0"/>
          <w:sz w:val="20"/>
        </w:rPr>
        <w:t>Grundbuchblatt-Nr. : _________________________________________________</w:t>
      </w:r>
    </w:p>
    <w:p/>
    <w:p>
      <w:r>
        <w:rPr>
          <w:b/>
          <w:sz w:val="20"/>
        </w:rPr>
        <w:t>Erklärung :</w:t>
      </w:r>
    </w:p>
    <w:p>
      <w:r>
        <w:rPr>
          <w:b w:val="0"/>
          <w:sz w:val="20"/>
        </w:rPr>
        <w:t>Hiermit erkläre ich, der unten genannte Grundstückseigentümer, dass ich das Eigentum an dem nachfolgend bezeichneten Grundstück innehabe und berechtigt bin, über dieses Grundstück zu verfügen. Ich bestätige, dass keine weiteren Eigentumsrechte Dritter am Grundstück bestehen, die dem Verkauf, der Vermietung oder sonstigen Verfügungen entgegenstehen.</w:t>
      </w:r>
    </w:p>
    <w:p/>
    <w:p>
      <w:r>
        <w:rPr>
          <w:b w:val="0"/>
          <w:sz w:val="20"/>
        </w:rPr>
        <w:t>Das Grundstück befindet sich in einem ordnungsgemäßen Zustand und es bestehen keine rechtlichen Beschränkungen, die die Nutzung oder Übertragung des Grundstücks beeinträchtigen.</w:t>
      </w:r>
    </w:p>
    <w:p/>
    <w:p>
      <w:r>
        <w:rPr>
          <w:b/>
          <w:sz w:val="20"/>
        </w:rPr>
        <w:t>Verwendung und Verfügungsrechte :</w:t>
      </w:r>
    </w:p>
    <w:p>
      <w:r>
        <w:rPr>
          <w:b w:val="0"/>
          <w:sz w:val="20"/>
        </w:rPr>
        <w:t>Ich bestätige, dass das Grundstück frei von Belastungen, Hypotheken, Grundschulden oder sonstigen dinglichen Rechten ist, die die Veräußerung oder Übertragung einschränken.</w:t>
      </w:r>
    </w:p>
    <w:p/>
    <w:p>
      <w:r>
        <w:rPr>
          <w:b w:val="0"/>
          <w:sz w:val="20"/>
        </w:rPr>
        <w:t>Die in dieser Erklärung gemachten Angaben sind vollständig und richtig. Mir ist bewusst, dass falsche Angaben rechtliche Konsequenzen nach sich ziehen können.</w:t>
      </w:r>
    </w:p>
    <w:p/>
    <w:p>
      <w:r>
        <w:rPr>
          <w:b w:val="0"/>
          <w:sz w:val="20"/>
        </w:rPr>
        <w:t>Ort : ________________________________</w:t>
      </w:r>
    </w:p>
    <w:p>
      <w:r>
        <w:rPr>
          <w:b w:val="0"/>
          <w:sz w:val="20"/>
        </w:rPr>
        <w:t>Datum : ______________________________</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UNTERSCHRIFT GRUNDSTÜCKSEIGENTÜMER</w:t>
            </w:r>
          </w:p>
        </w:tc>
      </w:tr>
      <w:tr>
        <w:tc>
          <w:tcPr>
            <w:tcW w:type="dxa" w:w="9972"/>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https://dokumentfertig.com/grundstuckseigentumererklarung-vorlage/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grundstuckseigentumererklarung-vorlage/"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