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– SCHREIBEN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</w:t>
      </w:r>
    </w:p>
    <w:p>
      <w:r>
        <w:rPr>
          <w:b w:val="0"/>
          <w:sz w:val="20"/>
        </w:rPr>
        <w:t>Anschrift : ________________________________________________</w:t>
      </w:r>
    </w:p>
    <w:p>
      <w:r>
        <w:rPr>
          <w:b w:val="0"/>
          <w:sz w:val="20"/>
        </w:rPr>
        <w:t>Telefonnummer : 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 : ___________________________________________________</w:t>
      </w:r>
    </w:p>
    <w:p>
      <w:r>
        <w:rPr>
          <w:b w:val="0"/>
          <w:sz w:val="20"/>
        </w:rPr>
        <w:t>Anschrift : ________________________________________________</w:t>
      </w:r>
    </w:p>
    <w:p>
      <w:r>
        <w:rPr>
          <w:b w:val="0"/>
          <w:sz w:val="20"/>
        </w:rPr>
        <w:t>Telefonnummer : 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Kaufvertrag für den Verkauf eines beweglichen Gegenstandes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/>
          <w:sz w:val="20"/>
        </w:rPr>
        <w:t>hiermit bestätige ich den Abschluss eines Kaufvertrages über den Verkauf des nachfolgend beschriebenen Gegenstandes:</w:t>
      </w:r>
    </w:p>
    <w:p/>
    <w:p>
      <w:r>
        <w:rPr>
          <w:b/>
          <w:sz w:val="20"/>
        </w:rPr>
        <w:t>1. Vertragsgegenstand</w:t>
      </w:r>
    </w:p>
    <w:p>
      <w:r>
        <w:rPr>
          <w:b w:val="0"/>
          <w:sz w:val="20"/>
        </w:rPr>
        <w:t>Der Verkäufer verkauft und der Käufer kauft folgenden Gegenstand:</w:t>
      </w:r>
    </w:p>
    <w:p>
      <w:r>
        <w:rPr>
          <w:b w:val="0"/>
          <w:sz w:val="20"/>
        </w:rPr>
        <w:t>- Bezeichnung : _____________________________________________</w:t>
      </w:r>
    </w:p>
    <w:p>
      <w:r>
        <w:rPr>
          <w:b w:val="0"/>
          <w:sz w:val="20"/>
        </w:rPr>
        <w:t>- Menge : _________________________________________________</w:t>
      </w:r>
    </w:p>
    <w:p>
      <w:r>
        <w:rPr>
          <w:b w:val="0"/>
          <w:sz w:val="20"/>
        </w:rPr>
        <w:t>- Zustand : _______________________________________________</w:t>
      </w:r>
    </w:p>
    <w:p>
      <w:r>
        <w:rPr>
          <w:b w:val="0"/>
          <w:sz w:val="20"/>
        </w:rPr>
        <w:t>- Seriennummer / Identifikationsnummer (falls vorhanden) : ________________</w:t>
      </w:r>
    </w:p>
    <w:p/>
    <w:p>
      <w:r>
        <w:rPr>
          <w:b/>
          <w:sz w:val="20"/>
        </w:rPr>
        <w:t>2. Kaufpreis und Zahlungsbedingungen</w:t>
      </w:r>
    </w:p>
    <w:p>
      <w:r>
        <w:rPr>
          <w:b w:val="0"/>
          <w:sz w:val="20"/>
        </w:rPr>
        <w:t>Der Kaufpreis beträgt : _________________ EUR.</w:t>
      </w:r>
    </w:p>
    <w:p>
      <w:r>
        <w:rPr>
          <w:b w:val="0"/>
          <w:sz w:val="20"/>
        </w:rPr>
        <w:t>Die Zahlung erfolgt wie folgt : ____________________________________________</w:t>
      </w:r>
    </w:p>
    <w:p/>
    <w:p>
      <w:r>
        <w:rPr>
          <w:b/>
          <w:sz w:val="20"/>
        </w:rPr>
        <w:t>3. Übergabe und Gefahrenübergang</w:t>
      </w:r>
    </w:p>
    <w:p>
      <w:r>
        <w:rPr>
          <w:b w:val="0"/>
          <w:sz w:val="20"/>
        </w:rPr>
        <w:t>Die Übergabe des Kaufgegenstandes erfolgt am Ort der Abholung oder Lieferung. Mit der Übergabe geht die Gefahr auf den Käufer über.</w:t>
      </w:r>
    </w:p>
    <w:p/>
    <w:p>
      <w:r>
        <w:rPr>
          <w:b/>
          <w:sz w:val="20"/>
        </w:rPr>
        <w:t>4. Gewährleistung und Haftung</w:t>
      </w:r>
    </w:p>
    <w:p>
      <w:r>
        <w:rPr>
          <w:b w:val="0"/>
          <w:sz w:val="20"/>
        </w:rPr>
        <w:t>Der Kaufgegenstand wird unter Ausschluss der Sachmängelhaftung verkauft, soweit gesetzlich zulässig. Der Käufer hat die Möglichkeit, den Gegenstand vor Abschluss des Vertrages zu besichtigen.</w:t>
      </w:r>
    </w:p>
    <w:p/>
    <w:p>
      <w:r>
        <w:rPr>
          <w:b/>
          <w:sz w:val="20"/>
        </w:rPr>
        <w:t>5. Rücktrittsrecht</w:t>
      </w:r>
    </w:p>
    <w:p>
      <w:r>
        <w:rPr>
          <w:b w:val="0"/>
          <w:sz w:val="20"/>
        </w:rPr>
        <w:t>Ein Rücktritt vom Vertrag ist nur bei Vorliegen wesentlicher Vertragsverletzungen möglich.</w:t>
      </w:r>
    </w:p>
    <w:p/>
    <w:p>
      <w:r>
        <w:rPr>
          <w:b/>
          <w:sz w:val="20"/>
        </w:rPr>
        <w:t>6. Sonstige Vereinbarungen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7. Schlussbestimmungen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 oder werden, bleibt die Wirksamkeit der übrigen Bestimmungen unberührt.</w:t>
      </w:r>
    </w:p>
    <w:p>
      <w:r>
        <w:rPr>
          <w:b w:val="0"/>
          <w:sz w:val="20"/>
        </w:rPr>
        <w:t>Es gilt deutsches Recht.</w:t>
      </w:r>
    </w:p>
    <w:p/>
    <w:p/>
    <w:p>
      <w:r>
        <w:rPr>
          <w:b w:val="0"/>
          <w:sz w:val="20"/>
        </w:rPr>
        <w:t>Ort : ________________________________________________________</w:t>
      </w:r>
    </w:p>
    <w:p>
      <w:r>
        <w:rPr>
          <w:b w:val="0"/>
          <w:sz w:val="20"/>
        </w:rPr>
        <w:t>Datum 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https://dokumentfertig.com/kaufvertrag-schreiben/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aufvertrag-schreiben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