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KAUTIONSBESTÄTIGUNG</w:t>
      </w:r>
    </w:p>
    <w:p/>
    <w:p>
      <w:r>
        <w:rPr>
          <w:b/>
          <w:sz w:val="20"/>
        </w:rPr>
        <w:t>Angaben des Vermieters: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Angaben des Mieters:</w:t>
      </w:r>
    </w:p>
    <w:p>
      <w:r>
        <w:rPr>
          <w:b w:val="0"/>
          <w:sz w:val="20"/>
        </w:rPr>
        <w:t>Vor- und Nachname : 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Angaben zum Mietobjekt:</w:t>
      </w:r>
    </w:p>
    <w:p>
      <w:r>
        <w:rPr>
          <w:b w:val="0"/>
          <w:sz w:val="20"/>
        </w:rPr>
        <w:t>Adresse der Mietwohnung : ______________________________________</w:t>
      </w:r>
    </w:p>
    <w:p>
      <w:r>
        <w:rPr>
          <w:b w:val="0"/>
          <w:sz w:val="20"/>
        </w:rPr>
        <w:t>Wohnungsnummer / Etage : ______________________________________</w:t>
      </w:r>
    </w:p>
    <w:p>
      <w:r>
        <w:rPr>
          <w:b w:val="0"/>
          <w:sz w:val="20"/>
        </w:rPr>
        <w:t>Mietvertragsbeginn : ___________________________________________</w:t>
      </w:r>
    </w:p>
    <w:p/>
    <w:p>
      <w:r>
        <w:rPr>
          <w:b/>
          <w:sz w:val="20"/>
        </w:rPr>
        <w:t>Kautionshöhe und Zahlungsmodalitäten:</w:t>
      </w:r>
    </w:p>
    <w:p>
      <w:r>
        <w:rPr>
          <w:b w:val="0"/>
          <w:sz w:val="20"/>
        </w:rPr>
        <w:t>Kautionsbetrag : _________________ EUR</w:t>
      </w:r>
    </w:p>
    <w:p>
      <w:r>
        <w:rPr>
          <w:b w:val="0"/>
          <w:sz w:val="20"/>
        </w:rPr>
        <w:t>Zahlungsart : _________________________________________________</w:t>
      </w:r>
    </w:p>
    <w:p/>
    <w:p>
      <w:r>
        <w:rPr>
          <w:b w:val="0"/>
          <w:sz w:val="20"/>
        </w:rPr>
        <w:t>Der Vermieter bestätigt hiermit den Erhalt der Kaution in oben genannter Höhe. Die Kaution dient zur Absicherung aller Ansprüche aus dem Mietverhältnis, insbesondere für eventuelle Schäden, ausstehende Nebenkosten oder Mietrückstände.</w:t>
      </w:r>
    </w:p>
    <w:p/>
    <w:p>
      <w:r>
        <w:rPr>
          <w:b w:val="0"/>
          <w:sz w:val="20"/>
        </w:rPr>
        <w:t>Die Kaution wird getrennt von dem Vermögen des Vermieters angelegt und verzinst. Nach Beendigung des Mietverhältnisses und Abwicklung aller Ansprüche wird die Kaution dem Mieter zurückgezahlt.</w:t>
      </w:r>
    </w:p>
    <w:p/>
    <w:p>
      <w:r>
        <w:rPr>
          <w:b w:val="0"/>
          <w:sz w:val="20"/>
        </w:rPr>
        <w:t>Diese Bestätigung ersetzt keine vollständige Kautionsabrechnung und stellt keine Abtretung von Ansprüchen dar.</w:t>
      </w:r>
    </w:p>
    <w:p/>
    <w:p/>
    <w:p>
      <w:r>
        <w:rPr>
          <w:b w:val="0"/>
          <w:sz w:val="20"/>
        </w:rPr>
        <w:t>Ort : ____________________________________    Datum : 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https://dokumentfertig.com/kautionsbestatigung-vorlage/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autionsbestatigung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