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NUTZUNGSVERTRAG FÜR KRAFTFAHRZEUG</w:t>
      </w:r>
    </w:p>
    <w:p/>
    <w:p>
      <w:r>
        <w:rPr>
          <w:b w:val="0"/>
          <w:sz w:val="20"/>
        </w:rPr>
        <w:t>Ort : ____________________________</w:t>
      </w:r>
    </w:p>
    <w:p/>
    <w:p>
      <w:r>
        <w:rPr>
          <w:b/>
          <w:sz w:val="20"/>
        </w:rPr>
        <w:t>Angaben des Fahrzeughalters (Vermieter) :</w:t>
      </w:r>
    </w:p>
    <w:p>
      <w:r>
        <w:rPr>
          <w:b w:val="0"/>
          <w:sz w:val="20"/>
        </w:rPr>
        <w:t>Vor- und Nachname : 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Angaben des Nutzers (Mieter) :</w:t>
      </w:r>
    </w:p>
    <w:p>
      <w:r>
        <w:rPr>
          <w:b w:val="0"/>
          <w:sz w:val="20"/>
        </w:rPr>
        <w:t>Vor- und Nachname : 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Fahrzeugbeschreibung :</w:t>
      </w:r>
    </w:p>
    <w:p>
      <w:r>
        <w:rPr>
          <w:b w:val="0"/>
          <w:sz w:val="20"/>
        </w:rPr>
        <w:t>Marke/Modell : ________________________________________________</w:t>
      </w:r>
    </w:p>
    <w:p>
      <w:r>
        <w:rPr>
          <w:b w:val="0"/>
          <w:sz w:val="20"/>
        </w:rPr>
        <w:t>Fahrzeug-Identifizierungsnummer (FIN) : ______________________________</w:t>
      </w:r>
    </w:p>
    <w:p>
      <w:r>
        <w:rPr>
          <w:b w:val="0"/>
          <w:sz w:val="20"/>
        </w:rPr>
        <w:t>Kennzeichen : _______________________________________________________</w:t>
      </w:r>
    </w:p>
    <w:p>
      <w:r>
        <w:rPr>
          <w:b w:val="0"/>
          <w:sz w:val="20"/>
        </w:rPr>
        <w:t>Fahrzeugtyp : _______________________________________________________</w:t>
      </w:r>
    </w:p>
    <w:p>
      <w:r>
        <w:rPr>
          <w:b w:val="0"/>
          <w:sz w:val="20"/>
        </w:rPr>
        <w:t>Baujahr : __________________________________________________________</w:t>
      </w:r>
    </w:p>
    <w:p/>
    <w:p>
      <w:r>
        <w:rPr>
          <w:b/>
          <w:sz w:val="20"/>
        </w:rPr>
        <w:t>Nutzungszeitraum :</w:t>
      </w:r>
    </w:p>
    <w:p>
      <w:r>
        <w:rPr>
          <w:b w:val="0"/>
          <w:sz w:val="20"/>
        </w:rPr>
        <w:t>Beginn der Nutzung : _________________________</w:t>
      </w:r>
    </w:p>
    <w:p>
      <w:r>
        <w:rPr>
          <w:b w:val="0"/>
          <w:sz w:val="20"/>
        </w:rPr>
        <w:t>Ende der Nutzung : __________________________</w:t>
      </w:r>
    </w:p>
    <w:p/>
    <w:p>
      <w:r>
        <w:rPr>
          <w:b/>
          <w:sz w:val="20"/>
        </w:rPr>
        <w:t>Nutzungszweck :</w:t>
      </w:r>
    </w:p>
    <w:p>
      <w:r>
        <w:rPr>
          <w:b w:val="0"/>
          <w:sz w:val="20"/>
        </w:rPr>
        <w:t>__________________________________________________________________</w:t>
      </w:r>
    </w:p>
    <w:p/>
    <w:p>
      <w:r>
        <w:rPr>
          <w:b/>
          <w:sz w:val="20"/>
        </w:rPr>
        <w:t>Vergütung und Zahlungsbedingungen :</w:t>
      </w:r>
    </w:p>
    <w:p>
      <w:r>
        <w:rPr>
          <w:b w:val="0"/>
          <w:sz w:val="20"/>
        </w:rPr>
        <w:t>Nutzungsentgelt : _________________ EUR</w:t>
      </w:r>
    </w:p>
    <w:p>
      <w:r>
        <w:rPr>
          <w:b w:val="0"/>
          <w:sz w:val="20"/>
        </w:rPr>
        <w:t>Zahlungsweise : ___________________________________________________</w:t>
      </w:r>
    </w:p>
    <w:p/>
    <w:p>
      <w:r>
        <w:rPr>
          <w:b/>
          <w:sz w:val="20"/>
        </w:rPr>
        <w:t>§ 1 – Vertragsgegenstand</w:t>
      </w:r>
    </w:p>
    <w:p>
      <w:r>
        <w:rPr>
          <w:b w:val="0"/>
          <w:sz w:val="20"/>
        </w:rPr>
        <w:t>Der Vermieter stellt dem Mieter das oben beschriebene Kraftfahrzeug zur Nutzung über den vereinbarten Zeitraum zur Verfügung. Der Mieter verpflichtet sich, das Fahrzeug pfleglich zu behandeln und die vereinbarten Bedingungen einzuhalten.</w:t>
      </w:r>
    </w:p>
    <w:p/>
    <w:p>
      <w:r>
        <w:rPr>
          <w:b/>
          <w:sz w:val="20"/>
        </w:rPr>
        <w:t>§ 2 – Zustand des Fahrzeugs</w:t>
      </w:r>
    </w:p>
    <w:p>
      <w:r>
        <w:rPr>
          <w:b w:val="0"/>
          <w:sz w:val="20"/>
        </w:rPr>
        <w:t>Das Fahrzeug wird in einem verkehrssicheren Zustand übergeben. Der Mieter bestätigt, dass er das Fahrzeug vor Übernahme auf erkennbare Mängel geprüft hat und verpflichtet sich, auftretende Schäden unverzüglich zu melden.</w:t>
      </w:r>
    </w:p>
    <w:p/>
    <w:p>
      <w:r>
        <w:rPr>
          <w:b/>
          <w:sz w:val="20"/>
        </w:rPr>
        <w:t>§ 3 – Haftung und Versicherung</w:t>
      </w:r>
    </w:p>
    <w:p>
      <w:r>
        <w:rPr>
          <w:b w:val="0"/>
          <w:sz w:val="20"/>
        </w:rPr>
        <w:t>Der Mieter haftet für Schäden, die während der Nutzungsdauer am Fahrzeug entstehen, soweit sie nicht durch eine Versicherung gedeckt sind. Der Mieter verpflichtet sich, das Fahrzeug ausschließlich im Rahmen der geltenden gesetzlichen Vorschriften zu nutzen.</w:t>
      </w:r>
    </w:p>
    <w:p/>
    <w:p>
      <w:r>
        <w:rPr>
          <w:b/>
          <w:sz w:val="20"/>
        </w:rPr>
        <w:t>§ 4 – Nutzungseinschränkungen</w:t>
      </w:r>
    </w:p>
    <w:p>
      <w:r>
        <w:rPr>
          <w:b w:val="0"/>
          <w:sz w:val="20"/>
        </w:rPr>
        <w:t>Das Fahrzeug darf nicht an Dritte überlassen oder für gewerbliche Zwecke genutzt werden, sofern nicht anders vereinbart. Fahrten außerhalb Deutschlands bedürfen der ausdrücklichen Zustimmung des Vermieters.</w:t>
      </w:r>
    </w:p>
    <w:p/>
    <w:p>
      <w:r>
        <w:rPr>
          <w:b/>
          <w:sz w:val="20"/>
        </w:rPr>
        <w:t>§ 5 – Rückgabe des Fahrzeugs</w:t>
      </w:r>
    </w:p>
    <w:p>
      <w:r>
        <w:rPr>
          <w:b w:val="0"/>
          <w:sz w:val="20"/>
        </w:rPr>
        <w:t>Der Mieter verpflichtet sich, das Fahrzeug am Ende des Nutzungszeitraums im vertragsgemäßen Zustand zurückzugeben. Offensichtliche Schäden und Mängel sind unverzüglich zu melden.</w:t>
      </w:r>
    </w:p>
    <w:p/>
    <w:p>
      <w:r>
        <w:rPr>
          <w:b/>
          <w:sz w:val="20"/>
        </w:rPr>
        <w:t>§ 6 – Vertragsstrafe und Kündigung</w:t>
      </w:r>
    </w:p>
    <w:p>
      <w:r>
        <w:rPr>
          <w:b w:val="0"/>
          <w:sz w:val="20"/>
        </w:rPr>
        <w:t>Bei Verletzung wesentlicher Vertragspflichten kann der Vermieter den Vertrag fristlos kündigen und Schadensersatz verlangen. Weitere Ansprüche bleiben unberührt.</w:t>
      </w:r>
    </w:p>
    <w:p/>
    <w:p>
      <w:r>
        <w:rPr>
          <w:b/>
          <w:sz w:val="20"/>
        </w:rPr>
        <w:t>§ 7 – Sonstige Bestimmungen</w:t>
      </w:r>
    </w:p>
    <w:p>
      <w:r>
        <w:rPr>
          <w:b w:val="0"/>
          <w:sz w:val="20"/>
        </w:rPr>
        <w:t>Änderungen und Ergänzungen dieses Vertrages bedürfen der Schriftform. Sollte eine Bestimmung dieses Vertrages unwirksam sein, bleibt die Wirksamkeit der übrigen Bestimmungen unberührt.</w:t>
      </w:r>
    </w:p>
    <w:p/>
    <w:p/>
    <w:p>
      <w:r>
        <w:rPr>
          <w:b w:val="0"/>
          <w:sz w:val="20"/>
        </w:rPr>
        <w:t>Ort :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 (Fahrzeughalter)</w:t>
            </w:r>
          </w:p>
        </w:tc>
        <w:tc>
          <w:tcPr>
            <w:tcW w:type="dxa" w:w="4986"/>
            <w:tcBorders>
              <w:top w:val="nil"/>
              <w:left w:val="nil"/>
              <w:bottom w:val="nil"/>
              <w:right w:val="nil"/>
              <w:insideH w:val="nil"/>
              <w:insideV w:val="nil"/>
            </w:tcBorders>
          </w:tcPr>
          <w:p>
            <w:pPr>
              <w:jc w:val="center"/>
            </w:pPr>
            <w:r>
              <w:t>MIETER (Nutzer)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https://dokumentfertig.com/kfz-nutzungsvertrag-muster/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kfz-nutzungsvertrag-muster/"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