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MUSTERKRANKMELDUNG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</w:t>
      </w:r>
    </w:p>
    <w:p>
      <w:r>
        <w:rPr>
          <w:b w:val="0"/>
          <w:sz w:val="20"/>
        </w:rPr>
        <w:t>Straße, Hausnummer : _______________________________________________</w:t>
      </w:r>
    </w:p>
    <w:p>
      <w:r>
        <w:rPr>
          <w:b w:val="0"/>
          <w:sz w:val="20"/>
        </w:rPr>
        <w:t>PLZ, Ort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Empfänger (Arbeitgeber) :</w:t>
      </w:r>
    </w:p>
    <w:p>
      <w:r>
        <w:rPr>
          <w:b w:val="0"/>
          <w:sz w:val="20"/>
        </w:rPr>
        <w:t>Firma / Abteilung : ________________________________________________</w:t>
      </w:r>
    </w:p>
    <w:p>
      <w:r>
        <w:rPr>
          <w:b w:val="0"/>
          <w:sz w:val="20"/>
        </w:rPr>
        <w:t>Straße, Hausnummer : _______________________________________________</w:t>
      </w:r>
    </w:p>
    <w:p>
      <w:r>
        <w:rPr>
          <w:b w:val="0"/>
          <w:sz w:val="20"/>
        </w:rPr>
        <w:t>PLZ, Ort : 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Krankmeldung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informiere ich Sie, dass ich aufgrund einer Erkrankung</w:t>
      </w:r>
    </w:p>
    <w:p>
      <w:r>
        <w:rPr>
          <w:b w:val="0"/>
          <w:sz w:val="20"/>
        </w:rPr>
        <w:t>leider nicht in der Lage bin, meine Arbeit aufzunehmen bzw. fortzusetzen.</w:t>
      </w:r>
    </w:p>
    <w:p>
      <w:r>
        <w:rPr>
          <w:b w:val="0"/>
          <w:sz w:val="20"/>
        </w:rPr>
        <w:t>Ich werde Sie unverzüglich informieren, sobald ich wieder arbeitsfähig bin.</w:t>
      </w:r>
    </w:p>
    <w:p/>
    <w:p>
      <w:r>
        <w:rPr>
          <w:b w:val="0"/>
          <w:sz w:val="20"/>
        </w:rPr>
        <w:t>Die voraussichtliche Dauer meiner Arbeitsunfähigkeit beträgt:</w:t>
      </w:r>
    </w:p>
    <w:p>
      <w:r>
        <w:rPr>
          <w:b w:val="0"/>
          <w:sz w:val="20"/>
        </w:rPr>
        <w:t>_______________________________________________________________</w:t>
      </w:r>
    </w:p>
    <w:p/>
    <w:p>
      <w:r>
        <w:rPr>
          <w:b w:val="0"/>
          <w:sz w:val="20"/>
        </w:rPr>
        <w:t>Eine ärztliche Bescheinigung werde ich Ihnen schnellstmöglich zukommen lassen.</w:t>
      </w:r>
    </w:p>
    <w:p/>
    <w:p>
      <w:r>
        <w:rPr>
          <w:b w:val="0"/>
          <w:sz w:val="20"/>
        </w:rPr>
        <w:t>Mit freundlichen Grüßen</w:t>
      </w:r>
    </w:p>
    <w:p/>
    <w:p/>
    <w:p/>
    <w:p>
      <w:r>
        <w:rPr>
          <w:b w:val="0"/>
          <w:sz w:val="20"/>
        </w:rPr>
        <w:t>_____________________________</w:t>
      </w:r>
    </w:p>
    <w:p>
      <w:r>
        <w:rPr>
          <w:b w:val="0"/>
          <w:sz w:val="20"/>
        </w:rPr>
        <w:t>Unterschrift</w:t>
      </w:r>
    </w:p>
    <w:p/>
    <w:p>
      <w:r>
        <w:rPr>
          <w:b w:val="0"/>
          <w:sz w:val="20"/>
        </w:rPr>
        <w:t>Ort : ____________________________</w:t>
      </w:r>
    </w:p>
    <w:p>
      <w:r>
        <w:rPr>
          <w:b w:val="0"/>
          <w:sz w:val="20"/>
        </w:rPr>
        <w:t>Datum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Arzt / Praxis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Telefonnummer Arzt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https://dokumentfertig.com/krankmeldung-schreiben-muster-email/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rankmeldung-schreiben-muster-email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