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MITGLIEDSCHAFT IM MIETERSCHUTZBUND</w:t>
      </w:r>
    </w:p>
    <w:p/>
    <w:p/>
    <w:p>
      <w:r>
        <w:rPr>
          <w:b/>
          <w:sz w:val="20"/>
        </w:rPr>
        <w:t>Mieterschutzbund e.V.</w:t>
      </w:r>
    </w:p>
    <w:p>
      <w:r>
        <w:rPr>
          <w:b w:val="0"/>
          <w:sz w:val="20"/>
        </w:rPr>
        <w:t>Mitgliederverwaltung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/>
          <w:sz w:val="20"/>
        </w:rPr>
        <w:t>Vor- und Nachname :</w:t>
      </w:r>
    </w:p>
    <w:p>
      <w:r>
        <w:rPr>
          <w:b w:val="0"/>
          <w:sz w:val="20"/>
        </w:rPr>
        <w:t>Straße und Hausnummer :</w:t>
      </w:r>
    </w:p>
    <w:p>
      <w:r>
        <w:rPr>
          <w:b w:val="0"/>
          <w:sz w:val="20"/>
        </w:rPr>
        <w:t>PLZ Ort :</w:t>
      </w:r>
    </w:p>
    <w:p>
      <w:r>
        <w:rPr>
          <w:b w:val="0"/>
          <w:sz w:val="20"/>
        </w:rPr>
        <w:t>Mitgliedsnummer (falls bekannt) :</w:t>
      </w:r>
    </w:p>
    <w:p/>
    <w:p/>
    <w:p>
      <w:r>
        <w:rPr>
          <w:b/>
          <w:sz w:val="20"/>
        </w:rPr>
        <w:t>Betreff: Kündigung meiner Mitgliedschaft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im Mieterschutzbund fristgerecht und ordentlich zum nächstmöglichen Zeitpunkt.</w:t>
      </w:r>
    </w:p>
    <w:p/>
    <w:p>
      <w:r>
        <w:rPr>
          <w:b w:val="0"/>
          <w:sz w:val="20"/>
        </w:rPr>
        <w:t>Bitte bestätigen Sie mir den Erhalt dieser Kündigung sowie das Datum der Beendigung meiner Mitgliedschaft schriftlich.</w:t>
      </w:r>
    </w:p>
    <w:p/>
    <w:p>
      <w:r>
        <w:rPr>
          <w:b w:val="0"/>
          <w:sz w:val="20"/>
        </w:rPr>
        <w:t>Ich danke Ihnen für die bisherige Unterstützung.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/>
          <w:sz w:val="20"/>
        </w:rPr>
        <w:t>Ort :</w:t>
      </w:r>
    </w:p>
    <w:p>
      <w:r>
        <w:rPr>
          <w:b w:val="0"/>
          <w:sz w:val="20"/>
        </w:rPr>
        <w:t>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https://dokumentfertig.com/kundigung-mieterschutzbund-vorlage/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mieterschutzbund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