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VERWALTERVERTRAGS</w:t>
      </w:r>
    </w:p>
    <w:p/>
    <w:p>
      <w:r>
        <w:rPr>
          <w:b w:val="0"/>
          <w:sz w:val="20"/>
        </w:rPr>
        <w:t>Hiermit kündige ich den mit Ihnen bestehenden Verwaltervertrag fristgerecht zum nächstmöglichen Zeitpunkt.</w:t>
      </w:r>
    </w:p>
    <w:p/>
    <w:p>
      <w:r>
        <w:rPr>
          <w:b/>
          <w:sz w:val="20"/>
        </w:rPr>
        <w:t>Angaben zum Verwalter: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Angaben zum Auftraggeber / Eigentümer: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Vertragsdetails:</w:t>
      </w:r>
    </w:p>
    <w:p>
      <w:r>
        <w:rPr>
          <w:b w:val="0"/>
          <w:sz w:val="20"/>
        </w:rPr>
        <w:t>Vertragsnummer / Objekt : ______________________________________</w:t>
      </w:r>
    </w:p>
    <w:p>
      <w:r>
        <w:rPr>
          <w:b w:val="0"/>
          <w:sz w:val="20"/>
        </w:rPr>
        <w:t>Datum des Vertragsbeginns : ___________________________________</w:t>
      </w:r>
    </w:p>
    <w:p/>
    <w:p>
      <w:r>
        <w:rPr>
          <w:b w:val="0"/>
          <w:sz w:val="20"/>
        </w:rPr>
        <w:t>Kündigungsgrund (optional) : ___________________________________</w:t>
      </w:r>
    </w:p>
    <w:p/>
    <w:p>
      <w:r>
        <w:rPr>
          <w:b w:val="0"/>
          <w:sz w:val="20"/>
        </w:rPr>
        <w:t>Ich bitte um Bestätigung der Kündigung und die Rückgabe aller verwalteten Unterlagen und Schlüssel.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Auftraggeber / Eigentümer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https://dokumentfertig.com/kundigung-verwaltervertrag-durch-verwalter-vorlage/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-verwaltervertrag-durch-verwalter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