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WEGEN EIGENBEDARF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(Mieter)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der Mietwohnung : _______________________________________</w:t>
      </w:r>
    </w:p>
    <w:p/>
    <w:p>
      <w:r>
        <w:rPr>
          <w:b w:val="0"/>
          <w:sz w:val="20"/>
        </w:rPr>
        <w:t>Sehr geehrte/r Frau/Herr ________________,</w:t>
      </w:r>
    </w:p>
    <w:p/>
    <w:p>
      <w:r>
        <w:rPr>
          <w:b w:val="0"/>
          <w:sz w:val="20"/>
        </w:rPr>
        <w:t>hiermit kündige ich den mit Ihnen bestehenden Mietvertrag über die Wohnung</w:t>
      </w:r>
    </w:p>
    <w:p>
      <w:r>
        <w:rPr>
          <w:b w:val="0"/>
          <w:sz w:val="20"/>
        </w:rPr>
        <w:t>______________________________________________________________ (Adresse) wegen Eigenbedarfs.</w:t>
      </w:r>
    </w:p>
    <w:p/>
    <w:p>
      <w:r>
        <w:rPr>
          <w:b/>
          <w:sz w:val="20"/>
        </w:rPr>
        <w:t>Begründung der Kündigung :</w:t>
      </w:r>
    </w:p>
    <w:p>
      <w:r>
        <w:rPr>
          <w:b w:val="0"/>
          <w:sz w:val="20"/>
        </w:rPr>
        <w:t>Ich benötige die Wohnung für mich selbst bzw. für meine nahen Angehörigen (z. B. Kinder, Eltern).</w:t>
      </w:r>
    </w:p>
    <w:p>
      <w:r>
        <w:rPr>
          <w:b w:val="0"/>
          <w:sz w:val="20"/>
        </w:rPr>
        <w:t>Der Eigenbedarf ist nach § 573 Abs. 2 Nr. 2 BGB begründet und berechtigt zur Kündigung des Mietverhältnisses.</w:t>
      </w:r>
    </w:p>
    <w:p/>
    <w:p>
      <w:r>
        <w:rPr>
          <w:b/>
          <w:sz w:val="20"/>
        </w:rPr>
        <w:t>Kündigungsfrist :</w:t>
      </w:r>
    </w:p>
    <w:p>
      <w:r>
        <w:rPr>
          <w:b w:val="0"/>
          <w:sz w:val="20"/>
        </w:rPr>
        <w:t>Die Kündigungsfrist richtet sich nach § 573c BGB und beträgt ______________ Monate zum Monatsende.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Sollten Sie der Kündigung widersprechen wollen, beachten Sie bitte, dass ein Widerspruch gemäß § 574 BGB nur bei unzumutbarer Härte möglich ist.</w:t>
      </w:r>
    </w:p>
    <w:p/>
    <w:p>
      <w:r>
        <w:rPr>
          <w:b/>
          <w:sz w:val="20"/>
        </w:rPr>
        <w:t>Rückgabe der Wohnung :</w:t>
      </w:r>
    </w:p>
    <w:p>
      <w:r>
        <w:rPr>
          <w:b w:val="0"/>
          <w:sz w:val="20"/>
        </w:rPr>
        <w:t>Ich bitte Sie, die Wohnung zum Ablauf der Kündigungsfrist in ordnungsgemäßem Zustand zurückzugeben.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 Vermieter</w:t>
      </w:r>
    </w:p>
    <w:p/>
    <w:p/>
    <w:p>
      <w:r>
        <w:rPr>
          <w:b w:val="0"/>
          <w:sz w:val="20"/>
        </w:rPr>
        <w:t>Ort : _________________________    Datum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(Kündigender)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 (Empfänger)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https://dokumentfertig.com/kundigung-wegen-eigenbedarf-vorlage/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undigung-wegen-eigenbedarf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