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MIETVERHÄLTNISSES UND ABRECHNUNG DER KAUTION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Empfänger (Vermieter) 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/>
    <w:p>
      <w:r>
        <w:rPr>
          <w:b/>
          <w:sz w:val="20"/>
        </w:rPr>
        <w:t>Hiermit kündige ich das bestehende Mietverhältnis für die Wohnung wie folgt:</w:t>
      </w:r>
    </w:p>
    <w:p>
      <w:r>
        <w:rPr>
          <w:b w:val="0"/>
          <w:sz w:val="20"/>
        </w:rPr>
        <w:t>Adresse der Wohnung : _________________________________________________</w:t>
      </w:r>
    </w:p>
    <w:p>
      <w:r>
        <w:rPr>
          <w:b w:val="0"/>
          <w:sz w:val="20"/>
        </w:rPr>
        <w:t>Etage / Wohnungsnummer : ______________________________________________</w:t>
      </w:r>
    </w:p>
    <w:p>
      <w:r>
        <w:rPr>
          <w:b w:val="0"/>
          <w:sz w:val="20"/>
        </w:rPr>
        <w:t>Kündigungsfrist : _____________________________________________________</w:t>
      </w:r>
    </w:p>
    <w:p>
      <w:r>
        <w:rPr>
          <w:b w:val="0"/>
          <w:sz w:val="20"/>
        </w:rPr>
        <w:t>Kündigung zum nächstmöglichen Zeitpunkt / zum Ablauf der Kündigungsfrist.</w:t>
      </w:r>
    </w:p>
    <w:p/>
    <w:p>
      <w:r>
        <w:rPr>
          <w:b/>
          <w:sz w:val="20"/>
        </w:rPr>
        <w:t>Die Wohnung wird am Tag der Wohnungsübergabe in einem ordnungsgemäßen Zustand übergeben. Bitte vereinbaren Sie mit mir einen Termin zur Wohnungsübergabe.</w:t>
      </w:r>
    </w:p>
    <w:p/>
    <w:p>
      <w:r>
        <w:rPr>
          <w:b/>
          <w:sz w:val="20"/>
        </w:rPr>
        <w:t>Abrechnung der Mietkaution :</w:t>
      </w:r>
    </w:p>
    <w:p>
      <w:r>
        <w:rPr>
          <w:b w:val="0"/>
          <w:sz w:val="20"/>
        </w:rPr>
        <w:t>Die bei Vertragsbeginn geleistete Kaution in Höhe von __________________ EUR wird nach Beendigung des Mietverhältnisses und ordnungsgemäßer Wohnungsübergabe gemäß den gesetzlichen Bestimmungen zurückgezahlt.</w:t>
      </w:r>
    </w:p>
    <w:p>
      <w:r>
        <w:rPr>
          <w:b w:val="0"/>
          <w:sz w:val="20"/>
        </w:rPr>
        <w:t>Etwaige Ansprüche des Vermieters wegen Schäden oder ausstehenden Nebenkosten werden mit der Kaution verrechnet.</w:t>
      </w:r>
    </w:p>
    <w:p/>
    <w:p>
      <w:r>
        <w:rPr>
          <w:b/>
          <w:sz w:val="20"/>
        </w:rPr>
        <w:t>Ich bitte um schriftliche Bestätigung dieser Kündigung und um Mitteilung bezüglich der Rückzahlung der Kaution sowie des Termins für die Wohnungsübergabe.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Vermieter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https://dokumentfertig.com/kundigung-wohnung-kaution-vorlage/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kundigung-wohnung-kaution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