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MIETVERTRAGS ZWEIFAMILIENHAUS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Empfänger (Vermieter)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Betreff : Kündigung des Mietvertrags für das Zweifamilienhaus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bestehenden Mietvertrag für das Zweifamilienhaus mit der Anschrift: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  <w:t>ordnungsgemäß und fristgerecht zum nächstmöglichen Zeitpunkt.</w:t>
      </w:r>
    </w:p>
    <w:p/>
    <w:p>
      <w:r>
        <w:rPr>
          <w:b w:val="0"/>
          <w:sz w:val="20"/>
        </w:rPr>
        <w:t>Bitte bestätigen Sie mir den Erhalt dieser Kündigung sowie das Beendigungsdatum des Mietverhältnisses schriftlich.</w:t>
      </w:r>
    </w:p>
    <w:p/>
    <w:p>
      <w:r>
        <w:rPr>
          <w:b w:val="0"/>
          <w:sz w:val="20"/>
        </w:rPr>
        <w:t>Ich werde die Wohnung/ das Haus zum Beendigungsdatum ordnungsgemäß übergeben und bitte um Vereinbarung eines Übergabetermins.</w:t>
      </w:r>
    </w:p>
    <w:p/>
    <w:p>
      <w:r>
        <w:rPr>
          <w:b w:val="0"/>
          <w:sz w:val="20"/>
        </w:rPr>
        <w:t>Sollten noch ausstehende Nebenkostenabrechnungen oder weitere Anliegen bestehen, bitte ich um rechtzeitige Mitteilung.</w:t>
      </w:r>
    </w:p>
    <w:p/>
    <w:p/>
    <w:p>
      <w:r>
        <w:rPr>
          <w:b w:val="0"/>
          <w:sz w:val="20"/>
        </w:rPr>
        <w:t>Mit freundlichen Grüßen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 des Mieters</w:t>
      </w:r>
    </w:p>
    <w:p/>
    <w:p/>
    <w:p>
      <w:r>
        <w:rPr>
          <w:b w:val="0"/>
          <w:sz w:val="20"/>
        </w:rPr>
        <w:t>Ort : _____________________________________________</w:t>
      </w:r>
    </w:p>
    <w:p>
      <w:r>
        <w:rPr>
          <w:b w:val="0"/>
          <w:sz w:val="20"/>
        </w:rPr>
        <w:t>Datum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https://dokumentfertig.com/kundigung-zweifamilienhaus-vorlage/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undigung-zweifamilienhaus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