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KÜNDIGUNGSSCHREIBEN BEIM TODESFALL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Firma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Betreff :</w:t>
      </w:r>
    </w:p>
    <w:p>
      <w:pPr>
        <w:jc w:val="center"/>
      </w:pPr>
      <w:r>
        <w:rPr>
          <w:b/>
          <w:sz w:val="20"/>
        </w:rPr>
        <w:t>Kündigung des Vertrags aufgrund Todesfalles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bestehenden Vertrag mit Ihrem Unternehmen wegen des Todesfalls des Vertragsinhabers fristgerecht. Bitte betrachten Sie dieses Schreiben als offizielle Mitteilung der Kündigung.</w:t>
      </w:r>
    </w:p>
    <w:p/>
    <w:p>
      <w:r>
        <w:rPr>
          <w:b w:val="0"/>
          <w:sz w:val="20"/>
        </w:rPr>
        <w:t>Ich bitte Sie, mir den Erhalt dieser Kündigung sowie das Datum der Vertragsbeendigung schriftlich zu bestätigen.</w:t>
      </w:r>
    </w:p>
    <w:p/>
    <w:p>
      <w:r>
        <w:rPr>
          <w:b w:val="0"/>
          <w:sz w:val="20"/>
        </w:rPr>
        <w:t>Sollten noch ausstehende Forderungen bestehen, bitte ich um eine entsprechende Abrechnung.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Empfangsbestätigung : 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Name/Datum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https://dokumentfertig.com/kundigungsschreiben-todesfall-muster/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undigungsschreiben-todesfall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