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MESSPROTOKOLL BELEUCHTUNGSSTÄRKE SICHERHEITSBELEUCHTUNG</w:t>
      </w:r>
    </w:p>
    <w:p/>
    <w:p>
      <w:r>
        <w:rPr>
          <w:b/>
          <w:sz w:val="20"/>
        </w:rPr>
        <w:t>Angaben zum Objekt :</w:t>
      </w:r>
    </w:p>
    <w:p>
      <w:r>
        <w:rPr>
          <w:b w:val="0"/>
          <w:sz w:val="20"/>
        </w:rPr>
        <w:t>Objektbezeichnung : ____________________________________________________</w:t>
      </w:r>
    </w:p>
    <w:p>
      <w:r>
        <w:rPr>
          <w:b w:val="0"/>
          <w:sz w:val="20"/>
        </w:rPr>
        <w:t>Raum/Ort der Messung : ________________________________________________</w:t>
      </w:r>
    </w:p>
    <w:p>
      <w:r>
        <w:rPr>
          <w:b w:val="0"/>
          <w:sz w:val="20"/>
        </w:rPr>
        <w:t>Messgerät (Typ/Hersteller) : ____________________________________________</w:t>
      </w:r>
    </w:p>
    <w:p>
      <w:r>
        <w:rPr>
          <w:b w:val="0"/>
          <w:sz w:val="20"/>
        </w:rPr>
        <w:t>Messbedingungen : _____________________________________________________</w:t>
      </w:r>
    </w:p>
    <w:p/>
    <w:p>
      <w:r>
        <w:rPr>
          <w:b/>
          <w:sz w:val="20"/>
        </w:rPr>
        <w:t>Messverantwortlicher :</w:t>
      </w:r>
    </w:p>
    <w:p>
      <w:r>
        <w:rPr>
          <w:b w:val="0"/>
          <w:sz w:val="20"/>
        </w:rPr>
        <w:t>Vor- und Nachname : ____________________________________________________</w:t>
      </w:r>
    </w:p>
    <w:p>
      <w:r>
        <w:rPr>
          <w:b w:val="0"/>
          <w:sz w:val="20"/>
        </w:rPr>
        <w:t>Qualifikation / Funktion : _______________________________________________</w:t>
      </w:r>
    </w:p>
    <w:p>
      <w:r>
        <w:rPr>
          <w:b w:val="0"/>
          <w:sz w:val="20"/>
        </w:rPr>
        <w:t>Firma / Institution : 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Messdaten 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Messpunkt</w:t>
            </w:r>
          </w:p>
        </w:tc>
        <w:tc>
          <w:tcPr>
            <w:tcW w:type="dxa" w:w="1994"/>
          </w:tcPr>
          <w:p>
            <w:r>
              <w:t>Position (Höhe/Bereich)</w:t>
            </w:r>
          </w:p>
        </w:tc>
        <w:tc>
          <w:tcPr>
            <w:tcW w:type="dxa" w:w="1994"/>
          </w:tcPr>
          <w:p>
            <w:r>
              <w:t>Beleuchtungsstärke (lx)</w:t>
            </w:r>
          </w:p>
        </w:tc>
        <w:tc>
          <w:tcPr>
            <w:tcW w:type="dxa" w:w="1994"/>
          </w:tcPr>
          <w:p>
            <w:r>
              <w:t>Zulässiger Mindestwert (lx)</w:t>
            </w:r>
          </w:p>
        </w:tc>
        <w:tc>
          <w:tcPr>
            <w:tcW w:type="dxa" w:w="1994"/>
          </w:tcPr>
          <w:p>
            <w:r>
              <w:t>Bemerkungen</w:t>
            </w:r>
          </w:p>
        </w:tc>
      </w:tr>
      <w:tr>
        <w:tc>
          <w:tcPr>
            <w:tcW w:type="dxa" w:w="1994"/>
          </w:tcPr>
          <w:p>
            <w:r>
              <w:t xml:space="preserve"> </w:t>
            </w:r>
          </w:p>
        </w:tc>
        <w:tc>
          <w:tcPr>
            <w:tcW w:type="dxa" w:w="1994"/>
          </w:tcPr>
          <w:p>
            <w:r>
              <w:t xml:space="preserve"> </w:t>
            </w:r>
          </w:p>
        </w:tc>
        <w:tc>
          <w:tcPr>
            <w:tcW w:type="dxa" w:w="1994"/>
          </w:tcPr>
          <w:p>
            <w:r>
              <w:t xml:space="preserve"> </w:t>
            </w:r>
          </w:p>
        </w:tc>
        <w:tc>
          <w:tcPr>
            <w:tcW w:type="dxa" w:w="1994"/>
          </w:tcPr>
          <w:p>
            <w:r>
              <w:t xml:space="preserve"> </w:t>
            </w:r>
          </w:p>
        </w:tc>
        <w:tc>
          <w:tcPr>
            <w:tcW w:type="dxa" w:w="1994"/>
          </w:tcPr>
          <w:p>
            <w:r>
              <w:t xml:space="preserve"> </w:t>
            </w:r>
          </w:p>
        </w:tc>
      </w:tr>
    </w:tbl>
    <w:p/>
    <w:p>
      <w:r>
        <w:rPr>
          <w:b/>
          <w:sz w:val="20"/>
        </w:rPr>
        <w:t>Beurteilung der Messergebnisse :</w:t>
      </w:r>
    </w:p>
    <w:p>
      <w:r>
        <w:rPr>
          <w:b w:val="0"/>
          <w:sz w:val="20"/>
        </w:rPr>
        <w:t>Die gemessenen Beleuchtungsstärken entsprechen den Anforderungen der DIN EN 1838 und DGUV Regel 105-015 (bzw. einschlägiger Normen). Die Sicherheitsbeleuchtung gewährleistet eine ausreichende Ausleuchtung zur sicheren Evakuierung im Gefahrenfall.</w:t>
      </w:r>
    </w:p>
    <w:p/>
    <w:p>
      <w:r>
        <w:rPr>
          <w:b/>
          <w:sz w:val="20"/>
        </w:rPr>
        <w:t>Erklärung des Messverantwortlichen :</w:t>
      </w:r>
    </w:p>
    <w:p>
      <w:r>
        <w:rPr>
          <w:b w:val="0"/>
          <w:sz w:val="20"/>
        </w:rPr>
        <w:t>Hiermit bestätige ich die ordnungsgemäße Durchführung der Beleuchtungsstärkemessung gemäß den gültigen rechtlichen und normativen Vorgaben. Alle Messwerte wurden sachgerecht dokumentiert.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Messverantwortlicher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Fachkraft für Arbeitssicherheit / Auftraggeber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https://dokumentfertig.com/messprotokoll-beleuchtungsstarke-sicherheitsbeleuchtung-vorlage/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messprotokoll-beleuchtungsstarke-sicherheitsbeleuchtung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