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MIETERSTROMVERTRAG</w:t>
      </w:r>
    </w:p>
    <w:p/>
    <w:p>
      <w:r>
        <w:rPr>
          <w:b/>
          <w:sz w:val="20"/>
        </w:rPr>
        <w:t>Vertragsparteien:</w:t>
      </w:r>
    </w:p>
    <w:p>
      <w:r>
        <w:rPr>
          <w:b w:val="0"/>
          <w:sz w:val="20"/>
        </w:rPr>
        <w:t>Vermieter / Betreiber der Erzeugungsanlage : 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</w:t>
      </w:r>
    </w:p>
    <w:p/>
    <w:p>
      <w:r>
        <w:rPr>
          <w:b w:val="0"/>
          <w:sz w:val="20"/>
        </w:rPr>
        <w:t>Mieter / Verbraucher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Vermieter verpflichtet sich, dem Mieter Strom, der überwiegend aus einer Photovoltaik- oder sonstigen erneuerbaren Erzeugungsanlage auf dem Grundstück stammt, zu liefern. Der Mieter verpflichtet sich, diesen Strom abzunehmen und zu bezahlen.</w:t>
      </w:r>
    </w:p>
    <w:p/>
    <w:p>
      <w:r>
        <w:rPr>
          <w:b/>
          <w:sz w:val="20"/>
        </w:rPr>
        <w:t>§ 2 – Erzeugungsanlage und Stromversorgung</w:t>
      </w:r>
    </w:p>
    <w:p>
      <w:r>
        <w:rPr>
          <w:b w:val="0"/>
          <w:sz w:val="20"/>
        </w:rPr>
        <w:t>Die Erzeugungsanlage befindet sich auf dem Grundstück des Vermieters und hat eine installierte Leistung von ______________ kWp. Die Stromversorgung erfolgt über das interne Netz des Gebäudes.</w:t>
      </w:r>
    </w:p>
    <w:p/>
    <w:p>
      <w:r>
        <w:rPr>
          <w:b/>
          <w:sz w:val="20"/>
        </w:rPr>
        <w:t>§ 3 – Vertragsdauer und Kündigung</w:t>
      </w:r>
    </w:p>
    <w:p>
      <w:r>
        <w:rPr>
          <w:b w:val="0"/>
          <w:sz w:val="20"/>
        </w:rPr>
        <w:t>Der Vertrag beginnt mit der Unterzeichnung und läuft auf unbestimmte Zeit. Beide Parteien können den Vertrag mit einer Frist von drei Monaten zum Monatsende kündigen.</w:t>
      </w:r>
    </w:p>
    <w:p/>
    <w:p>
      <w:r>
        <w:rPr>
          <w:b/>
          <w:sz w:val="20"/>
        </w:rPr>
        <w:t>§ 4 – Preise und Abrechnung</w:t>
      </w:r>
    </w:p>
    <w:p>
      <w:r>
        <w:rPr>
          <w:b w:val="0"/>
          <w:sz w:val="20"/>
        </w:rPr>
        <w:t>Der Preis für den gelieferten Mieterstrom beträgt _______________ Cent pro kWh. Die Abrechnung erfolgt monatlich / vierteljährlich durch den Vermieter.</w:t>
      </w:r>
    </w:p>
    <w:p/>
    <w:p>
      <w:r>
        <w:rPr>
          <w:b/>
          <w:sz w:val="20"/>
        </w:rPr>
        <w:t>§ 5 – Pflichten des Vermieters</w:t>
      </w:r>
    </w:p>
    <w:p>
      <w:r>
        <w:rPr>
          <w:b w:val="0"/>
          <w:sz w:val="20"/>
        </w:rPr>
        <w:t>Der Vermieter gewährleistet eine ordnungsgemäße und sichere Stromversorgung. Er verpflichtet sich, die Erzeugungsanlage gemäß den gesetzlichen Anforderungen zu betreiben und zu warten.</w:t>
      </w:r>
    </w:p>
    <w:p/>
    <w:p>
      <w:r>
        <w:rPr>
          <w:b/>
          <w:sz w:val="20"/>
        </w:rPr>
        <w:t>§ 6 – Pflichten des Mieters</w:t>
      </w:r>
    </w:p>
    <w:p>
      <w:r>
        <w:rPr>
          <w:b w:val="0"/>
          <w:sz w:val="20"/>
        </w:rPr>
        <w:t>Der Mieter verpflichtet sich, den gelieferten Strom ausschließlich für den eigenen Bedarf zu verwenden und den vereinbarten Preis fristgerecht zu zahlen.</w:t>
      </w:r>
    </w:p>
    <w:p/>
    <w:p>
      <w:r>
        <w:rPr>
          <w:b/>
          <w:sz w:val="20"/>
        </w:rPr>
        <w:t>§ 7 – Haftung</w:t>
      </w:r>
    </w:p>
    <w:p>
      <w:r>
        <w:rPr>
          <w:b w:val="0"/>
          <w:sz w:val="20"/>
        </w:rPr>
        <w:t>Die Haftung für Schäden, die durch die Lieferung des Mieterstroms entstehen, ist auf Vorsatz und grobe Fahrlässigkeit beschränkt. Eine weitergehende Haftung ist ausgeschlossen, soweit gesetzlich zulässig.</w:t>
      </w:r>
    </w:p>
    <w:p/>
    <w:p>
      <w:r>
        <w:rPr>
          <w:b/>
          <w:sz w:val="20"/>
        </w:rPr>
        <w:t>§ 8 – Sonstige Bestimmungen</w:t>
      </w:r>
    </w:p>
    <w:p>
      <w:r>
        <w:rPr>
          <w:b w:val="0"/>
          <w:sz w:val="20"/>
        </w:rPr>
        <w:t>Änderungen und Ergänzungen dieses Vertrages bedürfen der Schriftform. Sollte eine Bestimmung dieses Vertrages unwirksam sein, so berührt dies die Wirksamkeit der übrigen Bestimmungen nicht.</w:t>
      </w:r>
    </w:p>
    <w:p/>
    <w:p/>
    <w:p>
      <w:r>
        <w:rPr>
          <w:b w:val="0"/>
          <w:sz w:val="20"/>
        </w:rPr>
        <w:t>Ort : ___________________________________________________    Datum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 / BETREIBER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 / VERBRAUCHER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https://dokumentfertig.com/mieterstromvertrag-muster/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mieterstromvertrag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