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MIETVERTRAG FÜR STELLPLATZ WOHNMOBIL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Vermieters :</w:t>
      </w:r>
    </w:p>
    <w:p>
      <w:r>
        <w:rPr>
          <w:b w:val="0"/>
          <w:sz w:val="20"/>
        </w:rPr>
        <w:t>Vor- und Nachname / Firma : ______________________________________________</w:t>
      </w:r>
    </w:p>
    <w:p>
      <w:r>
        <w:rPr>
          <w:b w:val="0"/>
          <w:sz w:val="20"/>
        </w:rPr>
        <w:t>Anschrift : 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/>
    <w:p>
      <w:r>
        <w:rPr>
          <w:b/>
          <w:sz w:val="20"/>
        </w:rPr>
        <w:t>Angaben des Mieters :</w:t>
      </w:r>
    </w:p>
    <w:p>
      <w:r>
        <w:rPr>
          <w:b w:val="0"/>
          <w:sz w:val="20"/>
        </w:rPr>
        <w:t>Vor- und Nachname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/>
    <w:p>
      <w:r>
        <w:rPr>
          <w:b/>
          <w:sz w:val="20"/>
        </w:rPr>
        <w:t>Angaben zum Stellplatz Wohnmobil :</w:t>
      </w:r>
    </w:p>
    <w:p>
      <w:r>
        <w:rPr>
          <w:b w:val="0"/>
          <w:sz w:val="20"/>
        </w:rPr>
        <w:t>Adresse des Stellplatzes : ________________________________________________</w:t>
      </w:r>
    </w:p>
    <w:p>
      <w:r>
        <w:rPr>
          <w:b w:val="0"/>
          <w:sz w:val="20"/>
        </w:rPr>
        <w:t>Größe / Nummer des Stellplatzes : _________________________________________</w:t>
      </w:r>
    </w:p>
    <w:p>
      <w:r>
        <w:rPr>
          <w:b w:val="0"/>
          <w:sz w:val="20"/>
        </w:rPr>
        <w:t>Besondere Ausstattung / Hinweise : ________________________________________</w:t>
      </w:r>
    </w:p>
    <w:p/>
    <w:p>
      <w:r>
        <w:rPr>
          <w:b/>
          <w:sz w:val="20"/>
        </w:rPr>
        <w:t>Mietdauer und Mietzins :</w:t>
      </w:r>
    </w:p>
    <w:p>
      <w:r>
        <w:rPr>
          <w:b w:val="0"/>
          <w:sz w:val="20"/>
        </w:rPr>
        <w:t>Mietdauer : ______________________________________________________________</w:t>
      </w:r>
    </w:p>
    <w:p>
      <w:r>
        <w:rPr>
          <w:b w:val="0"/>
          <w:sz w:val="20"/>
        </w:rPr>
        <w:t>Mietbeginn : ______________________________________________________________</w:t>
      </w:r>
    </w:p>
    <w:p>
      <w:r>
        <w:rPr>
          <w:b w:val="0"/>
          <w:sz w:val="20"/>
        </w:rPr>
        <w:t>Mietzins pro Monat : _________________ EUR</w:t>
      </w:r>
    </w:p>
    <w:p>
      <w:r>
        <w:rPr>
          <w:b w:val="0"/>
          <w:sz w:val="20"/>
        </w:rPr>
        <w:t>Zahlungsweise : ___________________________________________________________</w:t>
      </w:r>
    </w:p>
    <w:p/>
    <w:p>
      <w:r>
        <w:rPr>
          <w:b/>
          <w:sz w:val="20"/>
        </w:rPr>
        <w:t>Kaution :</w:t>
      </w:r>
    </w:p>
    <w:p>
      <w:r>
        <w:rPr>
          <w:b w:val="0"/>
          <w:sz w:val="20"/>
        </w:rPr>
        <w:t>Der Mieter zahlt eine Kaution in Höhe von _________________ EUR, die nach Beendigung des Mietverhältnisses und Abnahme des Stellplatzes zurückerstattet wird.</w:t>
      </w:r>
    </w:p>
    <w:p/>
    <w:p>
      <w:r>
        <w:rPr>
          <w:b/>
          <w:sz w:val="20"/>
        </w:rPr>
        <w:t>§ 1 – Mietgegenstand</w:t>
      </w:r>
    </w:p>
    <w:p>
      <w:r>
        <w:rPr>
          <w:b w:val="0"/>
          <w:sz w:val="20"/>
        </w:rPr>
        <w:t>Der Vermieter vermietet an den Mieter den oben beschriebenen Stellplatz ausschließlich zur Nutzung als Stellplatz für ein Wohnmobil.</w:t>
      </w:r>
    </w:p>
    <w:p/>
    <w:p>
      <w:r>
        <w:rPr>
          <w:b/>
          <w:sz w:val="20"/>
        </w:rPr>
        <w:t>§ 2 – Mietzeit und Kündigung</w:t>
      </w:r>
    </w:p>
    <w:p>
      <w:r>
        <w:rPr>
          <w:b w:val="0"/>
          <w:sz w:val="20"/>
        </w:rPr>
        <w:t>Der Mietvertrag wird für die vereinbarte Dauer geschlossen. Eine Kündigung ist mit einer Frist von einem Monat zum Monatsende möglich, sofern nichts anderes schriftlich vereinbart ist.</w:t>
      </w:r>
    </w:p>
    <w:p/>
    <w:p>
      <w:r>
        <w:rPr>
          <w:b/>
          <w:sz w:val="20"/>
        </w:rPr>
        <w:t>§ 3 – Mietzins und Zahlung</w:t>
      </w:r>
    </w:p>
    <w:p>
      <w:r>
        <w:rPr>
          <w:b w:val="0"/>
          <w:sz w:val="20"/>
        </w:rPr>
        <w:t>Der Mietzins ist monatlich im Voraus, spätestens bis zum dritten Werktag eines Monats auf das vom Vermieter benannte Konto zu zahlen.</w:t>
      </w:r>
    </w:p>
    <w:p/>
    <w:p>
      <w:r>
        <w:rPr>
          <w:b/>
          <w:sz w:val="20"/>
        </w:rPr>
        <w:t>§ 4 – Kaution</w:t>
      </w:r>
    </w:p>
    <w:p>
      <w:r>
        <w:rPr>
          <w:b w:val="0"/>
          <w:sz w:val="20"/>
        </w:rPr>
        <w:t>Die Kaution dient zur Absicherung von Ansprüchen des Vermieters aus dem Mietverhältnis. Der Vermieter ist berechtigt, Forderungen aus dem Mietverhältnis mit der Kaution zu verrechnen.</w:t>
      </w:r>
    </w:p>
    <w:p/>
    <w:p>
      <w:r>
        <w:rPr>
          <w:b/>
          <w:sz w:val="20"/>
        </w:rPr>
        <w:t>§ 5 – Rechte und Pflichten des Mieters</w:t>
      </w:r>
    </w:p>
    <w:p>
      <w:r>
        <w:rPr>
          <w:b w:val="0"/>
          <w:sz w:val="20"/>
        </w:rPr>
        <w:t>Der Mieter verpflichtet sich, den Stellplatz pfleglich zu behandeln und ausschließlich für Wohnmobilzwecke zu nutzen. Veränderungen am Stellplatz sind ohne Zustimmung des Vermieters nicht erlaubt.</w:t>
      </w:r>
    </w:p>
    <w:p/>
    <w:p>
      <w:r>
        <w:rPr>
          <w:b/>
          <w:sz w:val="20"/>
        </w:rPr>
        <w:t>§ 6 – Haftung</w:t>
      </w:r>
    </w:p>
    <w:p>
      <w:r>
        <w:rPr>
          <w:b w:val="0"/>
          <w:sz w:val="20"/>
        </w:rPr>
        <w:t>Der Vermieter haftet nicht für Schäden am Fahrzeug des Mieters, außer bei Vorsatz oder grober Fahrlässigkeit. Der Mieter ist verpflichtet, eine Haftpflichtversicherung für sein Wohnmobil zu unterhalten.</w:t>
      </w:r>
    </w:p>
    <w:p/>
    <w:p>
      <w:r>
        <w:rPr>
          <w:b/>
          <w:sz w:val="20"/>
        </w:rPr>
        <w:t>§ 7 – Rückgabe des Stellplatzes</w:t>
      </w:r>
    </w:p>
    <w:p>
      <w:r>
        <w:rPr>
          <w:b w:val="0"/>
          <w:sz w:val="20"/>
        </w:rPr>
        <w:t>Bei Beendigung des Mietverhältnisses ist der Stellplatz geräumt und in einem ordnungsgemäßen Zustand zurückzugeben.</w:t>
      </w:r>
    </w:p>
    <w:p/>
    <w:p>
      <w:r>
        <w:rPr>
          <w:b/>
          <w:sz w:val="20"/>
        </w:rPr>
        <w:t>§ 8 – Sonstige Vereinbarungen</w:t>
      </w:r>
    </w:p>
    <w:p>
      <w:r>
        <w:rPr>
          <w:b w:val="0"/>
          <w:sz w:val="20"/>
        </w:rPr>
        <w:t>Weitere Vereinbarungen bedürfen der Schriftform. Sollten einzelne Bestimmungen dieses Vertrages unwirksam sein, bleibt der Vertrag im Übrigen wirksam.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https://dokumentfertig.com/mietvertrag-stellplatz-wohnmobil/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mietvertrag-stellplatz-wohnmobil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