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VERTRAG ZWISCHEN MODELAGENTUR UND MODEL</w:t>
      </w:r>
    </w:p>
    <w:p/>
    <w:p>
      <w:r>
        <w:rPr>
          <w:b/>
          <w:sz w:val="20"/>
        </w:rPr>
        <w:t>Angaben der Modelagentur :</w:t>
      </w:r>
    </w:p>
    <w:p>
      <w:r>
        <w:rPr>
          <w:b w:val="0"/>
          <w:sz w:val="20"/>
        </w:rPr>
        <w:t>Name der Agentur : _______________________________________________</w:t>
      </w:r>
    </w:p>
    <w:p>
      <w:r>
        <w:rPr>
          <w:b w:val="0"/>
          <w:sz w:val="20"/>
        </w:rPr>
        <w:t>Geschäftsführer/Inhaber : 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>
      <w:r>
        <w:rPr>
          <w:b w:val="0"/>
          <w:sz w:val="20"/>
        </w:rPr>
        <w:t>E-Mail : _________________________________________________________</w:t>
      </w:r>
    </w:p>
    <w:p/>
    <w:p>
      <w:r>
        <w:rPr>
          <w:b/>
          <w:sz w:val="20"/>
        </w:rPr>
        <w:t>Angaben des Models :</w:t>
      </w:r>
    </w:p>
    <w:p>
      <w:r>
        <w:rPr>
          <w:b w:val="0"/>
          <w:sz w:val="20"/>
        </w:rPr>
        <w:t>Vor- und Nachname : _____________________________________________</w:t>
      </w:r>
    </w:p>
    <w:p>
      <w:r>
        <w:rPr>
          <w:b w:val="0"/>
          <w:sz w:val="20"/>
        </w:rPr>
        <w:t>Geburtsdatum : _________________________________________________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>
      <w:r>
        <w:rPr>
          <w:b w:val="0"/>
          <w:sz w:val="20"/>
        </w:rPr>
        <w:t>E-Mail : _________________________________________________________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Die Modelagentur verpflichtet sich, das Model für Werbe-, Mode- und sonstige professionelle Tätigkeiten zu vermitteln und zu vertreten. Das Model verpflichtet sich, die vereinbarten Tätigkeiten nach bestem Wissen und Können auszuführen.</w:t>
      </w:r>
    </w:p>
    <w:p/>
    <w:p>
      <w:r>
        <w:rPr>
          <w:b/>
          <w:sz w:val="20"/>
        </w:rPr>
        <w:t>§ 2 – Vertragsdauer</w:t>
      </w:r>
    </w:p>
    <w:p>
      <w:r>
        <w:rPr>
          <w:b w:val="0"/>
          <w:sz w:val="20"/>
        </w:rPr>
        <w:t>Der Vertrag beginnt mit Unterzeichnung und wird auf unbestimmte Zeit geschlossen. Er kann von beiden Parteien mit einer Frist von 4 Wochen zum Monatsende schriftlich gekündigt werden.</w:t>
      </w:r>
    </w:p>
    <w:p/>
    <w:p>
      <w:r>
        <w:rPr>
          <w:b/>
          <w:sz w:val="20"/>
        </w:rPr>
        <w:t>§ 3 – Pflichten der Agentur</w:t>
      </w:r>
    </w:p>
    <w:p>
      <w:r>
        <w:rPr>
          <w:b w:val="0"/>
          <w:sz w:val="20"/>
        </w:rPr>
        <w:t>Die Agentur ist verpflichtet, die Interessen des Models zu vertreten, entsprechende Vermittlungstätigkeiten durchzuführen und Verträge mit Dritten im Namen des Models abzuschließen, sofern dies vereinbart wurde.</w:t>
      </w:r>
    </w:p>
    <w:p/>
    <w:p>
      <w:r>
        <w:rPr>
          <w:b/>
          <w:sz w:val="20"/>
        </w:rPr>
        <w:t>§ 4 – Pflichten des Models</w:t>
      </w:r>
    </w:p>
    <w:p>
      <w:r>
        <w:rPr>
          <w:b w:val="0"/>
          <w:sz w:val="20"/>
        </w:rPr>
        <w:t>Das Model verpflichtet sich, Termine einzuhalten, bei Aufträgen pünktlich und zuverlässig zu erscheinen und Änderungen der persönlichen Daten unverzüglich mitzuteilen.</w:t>
      </w:r>
    </w:p>
    <w:p/>
    <w:p>
      <w:r>
        <w:rPr>
          <w:b/>
          <w:sz w:val="20"/>
        </w:rPr>
        <w:t>§ 5 – Vergütung</w:t>
      </w:r>
    </w:p>
    <w:p>
      <w:r>
        <w:rPr>
          <w:b w:val="0"/>
          <w:sz w:val="20"/>
        </w:rPr>
        <w:t>Das Model erhält die vereinbarte Vergütung für vermittelte Aufträge direkt vom Auftraggeber. Die Agentur erhält eine Provision von __ % des Bruttohonorars, zahlbar nach Eingang der Vergütung.</w:t>
      </w:r>
    </w:p>
    <w:p/>
    <w:p>
      <w:r>
        <w:rPr>
          <w:b/>
          <w:sz w:val="20"/>
        </w:rPr>
        <w:t>§ 6 – Haftung</w:t>
      </w:r>
    </w:p>
    <w:p>
      <w:r>
        <w:rPr>
          <w:b w:val="0"/>
          <w:sz w:val="20"/>
        </w:rPr>
        <w:t>Die Agentur haftet nur für Vorsatz und grobe Fahrlässigkeit. Eine Haftung für entgangene Gewinne oder indirekte Schäden ist ausgeschlossen. Das Model haftet für Schäden, die durch schuldhaftes Verhalten entstehen.</w:t>
      </w:r>
    </w:p>
    <w:p/>
    <w:p>
      <w:r>
        <w:rPr>
          <w:b/>
          <w:sz w:val="20"/>
        </w:rPr>
        <w:t>§ 7 – Datenschutz</w:t>
      </w:r>
    </w:p>
    <w:p>
      <w:r>
        <w:rPr>
          <w:b w:val="0"/>
          <w:sz w:val="20"/>
        </w:rPr>
        <w:t>Die Parteien stimmen der Speicherung und Verarbeitung personenbezogener Daten im Rahmen der Vertragsdurchführung zu. Daten werden nicht an Dritte ohne ausdrückliche Zustimmung weitergegeben, soweit nicht zur Vertragserfüllung erforderlich.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Änderungen und Ergänzungen dieses Vertrags bedürfen der Schriftform. Sollten einzelne Bestimmungen unwirksam sein, bleiben die übrigen Bestimmungen davon unberührt. Es gilt deutsches Recht. Gerichtsstand ist der Sitz der Agentur.</w:t>
      </w:r>
    </w:p>
    <w:p/>
    <w:p/>
    <w:p>
      <w:r>
        <w:rPr>
          <w:b w:val="0"/>
          <w:sz w:val="20"/>
        </w:rPr>
        <w:t>Ort : ___________________________________</w:t>
      </w:r>
    </w:p>
    <w:p>
      <w:r>
        <w:rPr>
          <w:b w:val="0"/>
          <w:sz w:val="20"/>
        </w:rPr>
        <w:t>Datum : 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MODELAGENTUR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MODEL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https://dokumentfertig.com/modelagentur-vertrag-muster/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modelagentur-vertrag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