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MOTIVATIONSSCHREIBEN ZUM SCHULWECHSEL</w:t>
      </w:r>
    </w:p>
    <w:p/>
    <w:p/>
    <w:p>
      <w:r>
        <w:rPr>
          <w:b/>
          <w:sz w:val="20"/>
        </w:rPr>
        <w:t>An die Schulleitung</w:t>
      </w:r>
    </w:p>
    <w:p>
      <w:r>
        <w:rPr>
          <w:b w:val="0"/>
          <w:sz w:val="20"/>
        </w:rPr>
        <w:t>___________________________________________</w:t>
      </w:r>
    </w:p>
    <w:p>
      <w:r>
        <w:rPr>
          <w:b w:val="0"/>
          <w:sz w:val="20"/>
        </w:rPr>
        <w:t>___________________________________________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Motivationsschreiben für den Wechsel an die ___________________________________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mich um einen Schulwechsel an Ihre Schule bewerben. Ich besuche derzeit die ____________________________________________________ und strebe einen Wechsel aus folgenden Gründen an:</w:t>
      </w:r>
    </w:p>
    <w:p/>
    <w:p>
      <w:r>
        <w:rPr>
          <w:b/>
          <w:sz w:val="20"/>
        </w:rPr>
        <w:t>Gründe für den Schulwechsel:</w:t>
      </w:r>
    </w:p>
    <w:p>
      <w:r>
        <w:rPr>
          <w:b w:val="0"/>
          <w:sz w:val="20"/>
        </w:rPr>
        <w:t>- Verbesserung der schulischen Förderung und Lernbedingungen</w:t>
      </w:r>
    </w:p>
    <w:p>
      <w:r>
        <w:rPr>
          <w:b w:val="0"/>
          <w:sz w:val="20"/>
        </w:rPr>
        <w:t>- Persönliche Entwicklung und Interessenförderung</w:t>
      </w:r>
    </w:p>
    <w:p>
      <w:r>
        <w:rPr>
          <w:b w:val="0"/>
          <w:sz w:val="20"/>
        </w:rPr>
        <w:t>- Soziale Gründe, wie ein Umzug oder veränderte familiäre Umstände</w:t>
      </w:r>
    </w:p>
    <w:p>
      <w:r>
        <w:rPr>
          <w:b w:val="0"/>
          <w:sz w:val="20"/>
        </w:rPr>
        <w:t>- Bessere Vorbereitung auf die angestrebte Berufsausbildung oder das Studium</w:t>
      </w:r>
    </w:p>
    <w:p/>
    <w:p>
      <w:r>
        <w:rPr>
          <w:b/>
          <w:sz w:val="20"/>
        </w:rPr>
        <w:t>Meine persönlichen Stärken und schulischen Leistungen möchte ich hier kurz darstellen: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Mein Ziel ist es, durch den Schulwechsel bestmögliche Voraussetzungen für meine weitere schulische und berufliche Laufbahn zu schaffen.</w:t>
      </w:r>
    </w:p>
    <w:p/>
    <w:p>
      <w:r>
        <w:rPr>
          <w:b w:val="0"/>
          <w:sz w:val="20"/>
        </w:rPr>
        <w:t>Ich freue mich auf die Möglichkeit, mich an Ihrer Schule weiterzuentwickeln und stehe für ein persönliches Gespräch jederzeit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https://dokumentfertig.com/motivationsschreiben-schulwechsel/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motivationsschreiben-schulwechsel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