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ANSCHREIBEN FINANZIERUNGSANFRAGE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Kreditinstituts : ___________________________________________</w:t>
      </w:r>
    </w:p>
    <w:p>
      <w:r>
        <w:rPr>
          <w:b w:val="0"/>
          <w:sz w:val="20"/>
        </w:rPr>
        <w:t>Abteilung / Ansprechpartner : 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Anfrage zur Finanzierung eines Vorhabens / Kaufobjekts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mich über die Möglichkeiten einer Finanzierung informieren. Ich beabsichtige, eine größere Anschaffung zu tätigen und bitte Sie um ein unverbindliches Angebot.</w:t>
      </w:r>
    </w:p>
    <w:p/>
    <w:p>
      <w:r>
        <w:rPr>
          <w:b/>
          <w:sz w:val="20"/>
        </w:rPr>
        <w:t>Zu meiner Person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Beruf : _______________________________________________________________</w:t>
      </w:r>
    </w:p>
    <w:p>
      <w:r>
        <w:rPr>
          <w:b w:val="0"/>
          <w:sz w:val="20"/>
        </w:rPr>
        <w:t>Monatliches Nettoeinkommen : _________________________________________</w:t>
      </w:r>
    </w:p>
    <w:p>
      <w:r>
        <w:rPr>
          <w:b w:val="0"/>
          <w:sz w:val="20"/>
        </w:rPr>
        <w:t>Derzeitige monatliche Verpflichtungen : _______________________________</w:t>
      </w:r>
    </w:p>
    <w:p/>
    <w:p>
      <w:r>
        <w:rPr>
          <w:b/>
          <w:sz w:val="20"/>
        </w:rPr>
        <w:t>Angaben zum Finanzierungsobjekt :</w:t>
      </w:r>
    </w:p>
    <w:p>
      <w:r>
        <w:rPr>
          <w:b w:val="0"/>
          <w:sz w:val="20"/>
        </w:rPr>
        <w:t>Bezeichnung / Beschreibung : __________________________________________</w:t>
      </w:r>
    </w:p>
    <w:p>
      <w:r>
        <w:rPr>
          <w:b w:val="0"/>
          <w:sz w:val="20"/>
        </w:rPr>
        <w:t>Kaufpreis / Gesamtkosten : ___________________________________________</w:t>
      </w:r>
    </w:p>
    <w:p>
      <w:r>
        <w:rPr>
          <w:b w:val="0"/>
          <w:sz w:val="20"/>
        </w:rPr>
        <w:t>Eigenkapital : ________________________________________________________</w:t>
      </w:r>
    </w:p>
    <w:p/>
    <w:p>
      <w:r>
        <w:rPr>
          <w:b/>
          <w:sz w:val="20"/>
        </w:rPr>
        <w:t>Finanzierungswunsch :</w:t>
      </w:r>
    </w:p>
    <w:p>
      <w:r>
        <w:rPr>
          <w:b w:val="0"/>
          <w:sz w:val="20"/>
        </w:rPr>
        <w:t>Benötigte Darlehenssumme : __________________________________________</w:t>
      </w:r>
    </w:p>
    <w:p>
      <w:r>
        <w:rPr>
          <w:b w:val="0"/>
          <w:sz w:val="20"/>
        </w:rPr>
        <w:t>Bevorzugte Laufzeit : ________________________________________________</w:t>
      </w:r>
    </w:p>
    <w:p>
      <w:r>
        <w:rPr>
          <w:b w:val="0"/>
          <w:sz w:val="20"/>
        </w:rPr>
        <w:t>Gewünschte monatliche Rate : _________________________________________</w:t>
      </w:r>
    </w:p>
    <w:p/>
    <w:p>
      <w:r>
        <w:rPr>
          <w:b w:val="0"/>
          <w:sz w:val="20"/>
        </w:rPr>
        <w:t>Für Rückfragen stehe ich Ihnen gerne zur Verfügung und freue mich auf Ihr Angebot.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Telefonnummer für Rückfragen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E-Mail-Adresse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https://dokumentfertig.com/muster-anschreiben-finanzierungsanfrage/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uster-anschreiben-finanzierungsanfr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