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MUSTERBRIEF SCHULWECHSEL WEGEN UMZUG</w:t>
      </w:r>
    </w:p>
    <w:p/>
    <w:p>
      <w:r>
        <w:rPr>
          <w:b/>
          <w:sz w:val="20"/>
        </w:rPr>
        <w:t>Absender:</w:t>
      </w:r>
    </w:p>
    <w:p>
      <w:r>
        <w:rPr>
          <w:b w:val="0"/>
          <w:sz w:val="20"/>
        </w:rPr>
        <w:t>Vor- und Nachname : _______________________________________________</w:t>
      </w:r>
    </w:p>
    <w:p>
      <w:r>
        <w:rPr>
          <w:b w:val="0"/>
          <w:sz w:val="20"/>
        </w:rPr>
        <w:t>Straße, Hausnummer : _______________________________________________</w:t>
      </w:r>
    </w:p>
    <w:p>
      <w:r>
        <w:rPr>
          <w:b w:val="0"/>
          <w:sz w:val="20"/>
        </w:rPr>
        <w:t>PLZ, Ort : _________________________________________________________</w:t>
      </w:r>
    </w:p>
    <w:p>
      <w:r>
        <w:rPr>
          <w:b w:val="0"/>
          <w:sz w:val="20"/>
        </w:rPr>
        <w:t>Telefonnummer : ___________________________________________________</w:t>
      </w:r>
    </w:p>
    <w:p/>
    <w:p>
      <w:r>
        <w:rPr>
          <w:b/>
          <w:sz w:val="20"/>
        </w:rPr>
        <w:t>Empfänger:</w:t>
      </w:r>
    </w:p>
    <w:p>
      <w:r>
        <w:rPr>
          <w:b w:val="0"/>
          <w:sz w:val="20"/>
        </w:rPr>
        <w:t>Name der Schule : _________________________________________________</w:t>
      </w:r>
    </w:p>
    <w:p>
      <w:r>
        <w:rPr>
          <w:b w:val="0"/>
          <w:sz w:val="20"/>
        </w:rPr>
        <w:t>Straße, Hausnummer : _______________________________________________</w:t>
      </w:r>
    </w:p>
    <w:p>
      <w:r>
        <w:rPr>
          <w:b w:val="0"/>
          <w:sz w:val="20"/>
        </w:rPr>
        <w:t>PLZ, Ort : _________________________________________________________</w:t>
      </w:r>
    </w:p>
    <w:p/>
    <w:p>
      <w:r>
        <w:rPr>
          <w:b/>
          <w:sz w:val="20"/>
        </w:rPr>
        <w:t>Betreff:</w:t>
      </w:r>
    </w:p>
    <w:p>
      <w:pPr>
        <w:jc w:val="center"/>
      </w:pPr>
      <w:r>
        <w:rPr>
          <w:b/>
          <w:sz w:val="20"/>
        </w:rPr>
        <w:t>Anmeldung zur neuen Schule wegen Umzug</w:t>
      </w:r>
    </w:p>
    <w:p/>
    <w:p>
      <w:r>
        <w:rPr>
          <w:b w:val="0"/>
          <w:sz w:val="20"/>
        </w:rPr>
        <w:t>Sehr geehrte Damen und Herren,</w:t>
      </w:r>
    </w:p>
    <w:p/>
    <w:p>
      <w:r>
        <w:rPr>
          <w:b w:val="0"/>
          <w:sz w:val="20"/>
        </w:rPr>
        <w:t>hiermit möchte ich mein Kind,</w:t>
      </w:r>
    </w:p>
    <w:p>
      <w:r>
        <w:rPr>
          <w:b/>
          <w:sz w:val="20"/>
        </w:rPr>
        <w:t>Vor- und Nachname des Kindes : _____________________________________</w:t>
      </w:r>
    </w:p>
    <w:p>
      <w:r>
        <w:rPr>
          <w:b w:val="0"/>
          <w:sz w:val="20"/>
        </w:rPr>
        <w:t>geb. am : ___________________________________________________________</w:t>
      </w:r>
    </w:p>
    <w:p>
      <w:r>
        <w:rPr>
          <w:b w:val="0"/>
          <w:sz w:val="20"/>
        </w:rPr>
        <w:t>an Ihrer Schule anmelden.</w:t>
      </w:r>
    </w:p>
    <w:p/>
    <w:p>
      <w:r>
        <w:rPr>
          <w:b w:val="0"/>
          <w:sz w:val="20"/>
        </w:rPr>
        <w:t>Wir ziehen aufgrund eines Umzugs in den folgenden Wochen um, weshalb ein Schulwechsel notwendig wird.</w:t>
      </w:r>
    </w:p>
    <w:p>
      <w:r>
        <w:rPr>
          <w:b w:val="0"/>
          <w:sz w:val="20"/>
        </w:rPr>
        <w:t>Die bisherige Schule ist:</w:t>
      </w:r>
    </w:p>
    <w:p>
      <w:r>
        <w:rPr>
          <w:b w:val="0"/>
          <w:sz w:val="20"/>
        </w:rPr>
        <w:t>Name der bisherigen Schule : _________________________________________</w:t>
      </w:r>
    </w:p>
    <w:p>
      <w:r>
        <w:rPr>
          <w:b w:val="0"/>
          <w:sz w:val="20"/>
        </w:rPr>
        <w:t>Adresse der bisherigen Schule : ______________________________________</w:t>
      </w:r>
    </w:p>
    <w:p/>
    <w:p>
      <w:r>
        <w:rPr>
          <w:b w:val="0"/>
          <w:sz w:val="20"/>
        </w:rPr>
        <w:t>Ich bitte Sie höflich, mein Kind zum nächstmöglichen Zeitpunkt aufzunehmen und mir eine Bestätigung zukommen zu lassen.</w:t>
      </w:r>
    </w:p>
    <w:p/>
    <w:p>
      <w:r>
        <w:rPr>
          <w:b w:val="0"/>
          <w:sz w:val="20"/>
        </w:rPr>
        <w:t>Für Rückfragen stehe ich Ihnen gerne telefonisch oder per E-Mail zur Verfügung.</w:t>
      </w:r>
    </w:p>
    <w:p/>
    <w:p/>
    <w:p>
      <w:r>
        <w:rPr>
          <w:b w:val="0"/>
          <w:sz w:val="20"/>
        </w:rPr>
        <w:t>Mit freundlichen Grüßen,</w:t>
      </w:r>
    </w:p>
    <w:p/>
    <w:p/>
    <w:p/>
    <w:p>
      <w:r>
        <w:rPr>
          <w:b w:val="0"/>
          <w:sz w:val="20"/>
        </w:rPr>
        <w:t>______________________________</w:t>
      </w:r>
    </w:p>
    <w:p>
      <w:r>
        <w:rPr>
          <w:b w:val="0"/>
          <w:sz w:val="20"/>
        </w:rPr>
        <w:t>Unterschrift des Erziehungsberechtigten</w:t>
      </w:r>
    </w:p>
    <w:p/>
    <w:p/>
    <w:p>
      <w:r>
        <w:rPr>
          <w:b w:val="0"/>
          <w:sz w:val="20"/>
        </w:rPr>
        <w:t>Ort : ____________________________    Datum : 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Schule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Erziehungsberechtigter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https://dokumentfertig.com/musterbrief-schulwechsel-wegen-umzug/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https://dokumentfertig.com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dokumentfertig.com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fertig.com/musterbrief-schulwechsel-wegen-umzug/" TargetMode="External"/><Relationship Id="rId10" Type="http://schemas.openxmlformats.org/officeDocument/2006/relationships/hyperlink" Target="https://dokumentfertig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