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MUSTERSCHREIBEN AMTSNIEDERLEGUNG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Behörde/Institution : 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Amtsniederlegung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erkläre ich,</w:t>
      </w:r>
    </w:p>
    <w:p>
      <w:r>
        <w:rPr>
          <w:b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 w:val="0"/>
          <w:sz w:val="20"/>
        </w:rPr>
        <w:t>dass ich mit sofortiger Wirkung von meinem Amt als</w:t>
      </w:r>
    </w:p>
    <w:p>
      <w:r>
        <w:rPr>
          <w:b/>
          <w:sz w:val="20"/>
        </w:rPr>
        <w:t>Bezeichnung des Amtes/Titels : ______________________________________</w:t>
      </w:r>
    </w:p>
    <w:p>
      <w:r>
        <w:rPr>
          <w:b w:val="0"/>
          <w:sz w:val="20"/>
        </w:rPr>
        <w:t>mit der Amtsnummer (falls vorhanden) : _______________________________</w:t>
      </w:r>
    </w:p>
    <w:p/>
    <w:p>
      <w:r>
        <w:rPr>
          <w:b w:val="0"/>
          <w:sz w:val="20"/>
        </w:rPr>
        <w:t>niederlege.</w:t>
      </w:r>
    </w:p>
    <w:p/>
    <w:p>
      <w:r>
        <w:rPr>
          <w:b w:val="0"/>
          <w:sz w:val="20"/>
        </w:rPr>
        <w:t>Ich bitte Sie, die notwendigen Schritte zur Abberufung einzuleiten und mich über den weiteren Verlauf zu informieren.</w:t>
      </w:r>
    </w:p>
    <w:p/>
    <w:p>
      <w:r>
        <w:rPr>
          <w:b w:val="0"/>
          <w:sz w:val="20"/>
        </w:rPr>
        <w:t>Ich danke Ihnen für die bisherige Zusammenarbeit.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https://dokumentfertig.com/musterschreiben-amtsniederlegung-sbv/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musterschreiben-amtsniederlegung-sbv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