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FIRMA AN PRIVAT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>
      <w:r>
        <w:rPr>
          <w:b/>
          <w:sz w:val="20"/>
        </w:rPr>
        <w:t>Angaben des Verkäufers (Firma) :</w:t>
      </w:r>
    </w:p>
    <w:p>
      <w:r>
        <w:rPr>
          <w:b w:val="0"/>
          <w:sz w:val="20"/>
        </w:rPr>
        <w:t>Firmenname : _________________________________________________________</w:t>
      </w:r>
    </w:p>
    <w:p>
      <w:r>
        <w:rPr>
          <w:b w:val="0"/>
          <w:sz w:val="20"/>
        </w:rPr>
        <w:t>Geschäftsführer / Vertreten durch : ____________________________________</w:t>
      </w:r>
    </w:p>
    <w:p>
      <w:r>
        <w:rPr>
          <w:b w:val="0"/>
          <w:sz w:val="20"/>
        </w:rPr>
        <w:t>Firmenadresse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>
      <w:r>
        <w:rPr>
          <w:b w:val="0"/>
          <w:sz w:val="20"/>
        </w:rPr>
        <w:t>E-Mail : ____________________________________________________________</w:t>
      </w:r>
    </w:p>
    <w:p/>
    <w:p>
      <w:r>
        <w:rPr>
          <w:b/>
          <w:sz w:val="20"/>
        </w:rPr>
        <w:t>Angaben des Käufers (Privatperson) :</w:t>
      </w:r>
    </w:p>
    <w:p>
      <w:r>
        <w:rPr>
          <w:b w:val="0"/>
          <w:sz w:val="20"/>
        </w:rPr>
        <w:t>Vor- und Nachname : __________________________________________________</w:t>
      </w:r>
    </w:p>
    <w:p>
      <w:r>
        <w:rPr>
          <w:b w:val="0"/>
          <w:sz w:val="20"/>
        </w:rPr>
        <w:t>Personalausweis-Nr.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zum Kaufgegenstand :</w:t>
      </w:r>
    </w:p>
    <w:p>
      <w:r>
        <w:rPr>
          <w:b w:val="0"/>
          <w:sz w:val="20"/>
        </w:rPr>
        <w:t>Bezeichnung : ________________________________________________________</w:t>
      </w:r>
    </w:p>
    <w:p>
      <w:r>
        <w:rPr>
          <w:b w:val="0"/>
          <w:sz w:val="20"/>
        </w:rPr>
        <w:t>Hersteller / Marke : __________________________________________________</w:t>
      </w:r>
    </w:p>
    <w:p>
      <w:r>
        <w:rPr>
          <w:b w:val="0"/>
          <w:sz w:val="20"/>
        </w:rPr>
        <w:t>Modell / Typ : _______________________________________________________</w:t>
      </w:r>
    </w:p>
    <w:p>
      <w:r>
        <w:rPr>
          <w:b w:val="0"/>
          <w:sz w:val="20"/>
        </w:rPr>
        <w:t>Seriennummer / Identifikationsnummer : _______________________________</w:t>
      </w:r>
    </w:p>
    <w:p>
      <w:r>
        <w:rPr>
          <w:b w:val="0"/>
          <w:sz w:val="20"/>
        </w:rPr>
        <w:t>Baujahr / Herstellungsdatum : ________________________________________</w:t>
      </w:r>
    </w:p>
    <w:p>
      <w:r>
        <w:rPr>
          <w:b w:val="0"/>
          <w:sz w:val="20"/>
        </w:rPr>
        <w:t>Zustand : ____________________________________________________________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Die Verkäuferin verkauft an den Käufer das im Vertrag beschriebene Kaufobjekt. Die Verkäuferin garantiert, dass sie Eigentümerin ist und zum Verkauf berechtigt.</w:t>
      </w:r>
    </w:p>
    <w:p/>
    <w:p>
      <w:r>
        <w:rPr>
          <w:b/>
          <w:sz w:val="20"/>
        </w:rPr>
        <w:t>§ 2 – Zustand des Kaufgegenstands</w:t>
      </w:r>
    </w:p>
    <w:p>
      <w:r>
        <w:rPr>
          <w:b w:val="0"/>
          <w:sz w:val="20"/>
        </w:rPr>
        <w:t>Der Käufer bestätigt, den Zustand des Kaufgegenstands geprüft zu haben. Der Kauf erfolgt unter Ausschluss jeglicher Gewährleistung, soweit gesetzlich zulässig.</w:t>
      </w:r>
    </w:p>
    <w:p/>
    <w:p>
      <w:r>
        <w:rPr>
          <w:b/>
          <w:sz w:val="20"/>
        </w:rPr>
        <w:t>§ 3 – Gewährleistung und Haftung</w:t>
      </w:r>
    </w:p>
    <w:p>
      <w:r>
        <w:rPr>
          <w:b w:val="0"/>
          <w:sz w:val="20"/>
        </w:rPr>
        <w:t>Die Verkäuferin schließt die Haftung für Sachmängel bei gebrauchten Sachen aus. Die Haftung für Vorsatz und grobe Fahrlässigkeit bleibt unberührt.</w:t>
      </w:r>
    </w:p>
    <w:p/>
    <w:p>
      <w:r>
        <w:rPr>
          <w:b/>
          <w:sz w:val="20"/>
        </w:rPr>
        <w:t>§ 4 – Eigentumsübertragung</w:t>
      </w:r>
    </w:p>
    <w:p>
      <w:r>
        <w:rPr>
          <w:b w:val="0"/>
          <w:sz w:val="20"/>
        </w:rPr>
        <w:t>Das Eigentum geht mit vollständiger Zahlung des Kaufpreises und Übergabe des Kaufgegenstands auf den Käufer über.</w:t>
      </w:r>
    </w:p>
    <w:p/>
    <w:p>
      <w:r>
        <w:rPr>
          <w:b/>
          <w:sz w:val="20"/>
        </w:rPr>
        <w:t>§ 5 – Pflichten der Parteien</w:t>
      </w:r>
    </w:p>
    <w:p>
      <w:r>
        <w:rPr>
          <w:b w:val="0"/>
          <w:sz w:val="20"/>
        </w:rPr>
        <w:t>Die Verkäuferin verpflichtet sich, den Kaufgegenstand zum vereinbarten Zeitpunkt zu übergeben. Der Käufer verpflichtet sich zur fristgerechten Zahlung des Kaufpreises.</w:t>
      </w:r>
    </w:p>
    <w:p/>
    <w:p>
      <w:r>
        <w:rPr>
          <w:b/>
          <w:sz w:val="20"/>
        </w:rPr>
        <w:t>§ 6 – Sonstige Vereinbarungen</w:t>
      </w:r>
    </w:p>
    <w:p>
      <w:r>
        <w:rPr>
          <w:b w:val="0"/>
          <w:sz w:val="20"/>
        </w:rPr>
        <w:t>Sämtliche Zusatzvereinbarungen bedürfen der Schriftform. Mündliche Nebenabreden bestehen nicht.</w:t>
      </w:r>
    </w:p>
    <w:p/>
    <w:p>
      <w:r>
        <w:rPr>
          <w:b/>
          <w:sz w:val="20"/>
        </w:rPr>
        <w:t>§ 7 – Gerichtsstand und anwendbares Recht</w:t>
      </w:r>
    </w:p>
    <w:p>
      <w:r>
        <w:rPr>
          <w:b w:val="0"/>
          <w:sz w:val="20"/>
        </w:rPr>
        <w:t>Gerichtsstand ist, soweit zulässig, der Sitz der Verkäuferin. Es gilt deutsches Recht.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 (Firma)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 (Privatperson)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/ Funktion : 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https://dokumentfertig.com/oamtc-kaufvertrag-firma-an-privat/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oamtc-kaufvertrag-firma-an-privat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