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ÖLWECHSEL ZETTEL</w:t>
      </w:r>
    </w:p>
    <w:p/>
    <w:p/>
    <w:p>
      <w:r>
        <w:rPr>
          <w:b/>
          <w:sz w:val="20"/>
        </w:rPr>
        <w:t>Fahrzeugdaten:</w:t>
      </w:r>
    </w:p>
    <w:p>
      <w:r>
        <w:rPr>
          <w:b w:val="0"/>
          <w:sz w:val="20"/>
        </w:rPr>
        <w:t>Fahrzeugmodell : _____________________________________________</w:t>
      </w:r>
    </w:p>
    <w:p>
      <w:r>
        <w:rPr>
          <w:b w:val="0"/>
          <w:sz w:val="20"/>
        </w:rPr>
        <w:t>Kennzeichen : ________________________________________________</w:t>
      </w:r>
    </w:p>
    <w:p>
      <w:r>
        <w:rPr>
          <w:b w:val="0"/>
          <w:sz w:val="20"/>
        </w:rPr>
        <w:t>Kilometerstand : _____________________________________________</w:t>
      </w:r>
    </w:p>
    <w:p/>
    <w:p>
      <w:r>
        <w:rPr>
          <w:b/>
          <w:sz w:val="20"/>
        </w:rPr>
        <w:t>Ölwechsel Informationen:</w:t>
      </w:r>
    </w:p>
    <w:p>
      <w:r>
        <w:rPr>
          <w:b w:val="0"/>
          <w:sz w:val="20"/>
        </w:rPr>
        <w:t>Art des Öls : ________________________________________________</w:t>
      </w:r>
    </w:p>
    <w:p>
      <w:r>
        <w:rPr>
          <w:b w:val="0"/>
          <w:sz w:val="20"/>
        </w:rPr>
        <w:t>Ölmenge (in Litern) : _________________________________________</w:t>
      </w:r>
    </w:p>
    <w:p>
      <w:r>
        <w:rPr>
          <w:b w:val="0"/>
          <w:sz w:val="20"/>
        </w:rPr>
        <w:t>Ölfilter gewechselt : ☐ Ja    ☐ Nein</w:t>
      </w:r>
    </w:p>
    <w:p>
      <w:r>
        <w:rPr>
          <w:b w:val="0"/>
          <w:sz w:val="20"/>
        </w:rPr>
        <w:t>Luftfilter gewechselt : ☐ Ja    ☐ Nein</w:t>
      </w:r>
    </w:p>
    <w:p>
      <w:r>
        <w:rPr>
          <w:b w:val="0"/>
          <w:sz w:val="20"/>
        </w:rPr>
        <w:t>Kraftstofffilter gewechselt : ☐ Ja    ☐ Nein</w:t>
      </w:r>
    </w:p>
    <w:p/>
    <w:p>
      <w:r>
        <w:rPr>
          <w:b/>
          <w:sz w:val="20"/>
        </w:rPr>
        <w:t>Servicehinweise:</w:t>
      </w:r>
    </w:p>
    <w:p>
      <w:r>
        <w:rPr>
          <w:b w:val="0"/>
          <w:sz w:val="20"/>
        </w:rPr>
        <w:t>Der Ölwechsel wurde fachgerecht durchgeführt. Das verwendete Motoröl entspricht den Herstellervorgaben.</w:t>
      </w:r>
    </w:p>
    <w:p>
      <w:r>
        <w:rPr>
          <w:b w:val="0"/>
          <w:sz w:val="20"/>
        </w:rPr>
        <w:t>Es wird empfohlen, den nächsten Ölwechsel nach den Herstellerangaben oder spätestens nach 15.000 km durchzuführen.</w:t>
      </w:r>
    </w:p>
    <w:p/>
    <w:p>
      <w:r>
        <w:rPr>
          <w:b/>
          <w:sz w:val="20"/>
        </w:rPr>
        <w:t>Bestätigung:</w:t>
      </w:r>
    </w:p>
    <w:p>
      <w:r>
        <w:rPr>
          <w:b w:val="0"/>
          <w:sz w:val="20"/>
        </w:rPr>
        <w:t>Mit meiner Unterschrift bestätige ich die ordnungsgemäße Durchführung des Ölwechsels.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Werkstatt / Mechaniker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Fahrzeughalter / Kunde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https://dokumentfertig.com/olwechsel-zettel-zum-ausdrucken/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olwechsel-zettel-zum-ausdrucken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