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PACHTVERTRAG FÜR GASTRONOMIEBETRIEB</w:t>
      </w:r>
    </w:p>
    <w:p/>
    <w:p>
      <w:r>
        <w:rPr>
          <w:b w:val="0"/>
          <w:sz w:val="20"/>
        </w:rPr>
        <w:t>Ort : ____________________________    Datum : ____________________________</w:t>
      </w:r>
    </w:p>
    <w:p/>
    <w:p>
      <w:r>
        <w:rPr>
          <w:b/>
          <w:sz w:val="20"/>
        </w:rPr>
        <w:t>Angaben des Verpächters :</w:t>
      </w:r>
    </w:p>
    <w:p>
      <w:r>
        <w:rPr>
          <w:b w:val="0"/>
          <w:sz w:val="20"/>
        </w:rPr>
        <w:t>Vor- und Nachname / Firma : _______________________________________________</w:t>
      </w:r>
    </w:p>
    <w:p>
      <w:r>
        <w:rPr>
          <w:b w:val="0"/>
          <w:sz w:val="20"/>
        </w:rPr>
        <w:t>Anschrift : _______________________________________________________________</w:t>
      </w:r>
    </w:p>
    <w:p>
      <w:r>
        <w:rPr>
          <w:b w:val="0"/>
          <w:sz w:val="20"/>
        </w:rPr>
        <w:t>Telefonnummer : ___________________________________________________________</w:t>
      </w:r>
    </w:p>
    <w:p/>
    <w:p>
      <w:r>
        <w:rPr>
          <w:b/>
          <w:sz w:val="20"/>
        </w:rPr>
        <w:t>Angaben des Pächters :</w:t>
      </w:r>
    </w:p>
    <w:p>
      <w:r>
        <w:rPr>
          <w:b w:val="0"/>
          <w:sz w:val="20"/>
        </w:rPr>
        <w:t>Vor- und Nachname / Firma : _______________________________________________</w:t>
      </w:r>
    </w:p>
    <w:p>
      <w:r>
        <w:rPr>
          <w:b w:val="0"/>
          <w:sz w:val="20"/>
        </w:rPr>
        <w:t>Anschrift : _______________________________________________________________</w:t>
      </w:r>
    </w:p>
    <w:p>
      <w:r>
        <w:rPr>
          <w:b w:val="0"/>
          <w:sz w:val="20"/>
        </w:rPr>
        <w:t>Telefonnummer : ___________________________________________________________</w:t>
      </w:r>
    </w:p>
    <w:p/>
    <w:p>
      <w:r>
        <w:rPr>
          <w:b/>
          <w:sz w:val="20"/>
        </w:rPr>
        <w:t>Pachtgegenstand :</w:t>
      </w:r>
    </w:p>
    <w:p>
      <w:r>
        <w:rPr>
          <w:b w:val="0"/>
          <w:sz w:val="20"/>
        </w:rPr>
        <w:t>Bezeichnung des Betriebs / der Räumlichkeiten : ____________________________</w:t>
      </w:r>
    </w:p>
    <w:p>
      <w:r>
        <w:rPr>
          <w:b w:val="0"/>
          <w:sz w:val="20"/>
        </w:rPr>
        <w:t>Adresse des Pachtobjekts : ________________________________________________</w:t>
      </w:r>
    </w:p>
    <w:p>
      <w:r>
        <w:rPr>
          <w:b w:val="0"/>
          <w:sz w:val="20"/>
        </w:rPr>
        <w:t>Größe der Pachtfläche : ___________________ m²</w:t>
      </w:r>
    </w:p>
    <w:p>
      <w:r>
        <w:rPr>
          <w:b w:val="0"/>
          <w:sz w:val="20"/>
        </w:rPr>
        <w:t>Ausstattung / Inventar (sofern Bestandteil der Pacht) : _____________________</w:t>
      </w:r>
    </w:p>
    <w:p/>
    <w:p>
      <w:r>
        <w:rPr>
          <w:b/>
          <w:sz w:val="20"/>
        </w:rPr>
        <w:t>Pachtzeit :</w:t>
      </w:r>
    </w:p>
    <w:p>
      <w:r>
        <w:rPr>
          <w:b w:val="0"/>
          <w:sz w:val="20"/>
        </w:rPr>
        <w:t>Beginn der Pacht : ______________________________</w:t>
      </w:r>
    </w:p>
    <w:p>
      <w:r>
        <w:rPr>
          <w:b w:val="0"/>
          <w:sz w:val="20"/>
        </w:rPr>
        <w:t>Dauer der Pacht (mindestens 1 Jahr) : ______________________________</w:t>
      </w:r>
    </w:p>
    <w:p/>
    <w:p>
      <w:r>
        <w:rPr>
          <w:b/>
          <w:sz w:val="20"/>
        </w:rPr>
        <w:t>Pachtzins und Nebenkosten :</w:t>
      </w:r>
    </w:p>
    <w:p>
      <w:r>
        <w:rPr>
          <w:b w:val="0"/>
          <w:sz w:val="20"/>
        </w:rPr>
        <w:t>Monatlicher Pachtzins : ______________ EUR</w:t>
      </w:r>
    </w:p>
    <w:p>
      <w:r>
        <w:rPr>
          <w:b w:val="0"/>
          <w:sz w:val="20"/>
        </w:rPr>
        <w:t>Zahlungsweise : ___________________________________________________________</w:t>
      </w:r>
    </w:p>
    <w:p>
      <w:r>
        <w:rPr>
          <w:b w:val="0"/>
          <w:sz w:val="20"/>
        </w:rPr>
        <w:t>Nebenkosten (z.B. Betriebskosten, Heizung, Strom) : _______________________</w:t>
      </w:r>
    </w:p>
    <w:p/>
    <w:p>
      <w:r>
        <w:rPr>
          <w:b/>
          <w:sz w:val="20"/>
        </w:rPr>
        <w:t>§ 1 – Überlassung und Nutzung</w:t>
      </w:r>
    </w:p>
    <w:p>
      <w:r>
        <w:rPr>
          <w:b w:val="0"/>
          <w:sz w:val="20"/>
        </w:rPr>
        <w:t>Der Verpächter überlässt dem Pächter die oben beschriebene Pachtsache zur gastronomischen Nutzung. Der Pächter verpflichtet sich, die Pachtsache sorgsam zu behandeln und nur zu vertragsgemäßen Zwecken zu nutzen.</w:t>
      </w:r>
    </w:p>
    <w:p/>
    <w:p>
      <w:r>
        <w:rPr>
          <w:b/>
          <w:sz w:val="20"/>
        </w:rPr>
        <w:t>§ 2 – Pachtzinszahlung</w:t>
      </w:r>
    </w:p>
    <w:p>
      <w:r>
        <w:rPr>
          <w:b w:val="0"/>
          <w:sz w:val="20"/>
        </w:rPr>
        <w:t>Der Pächter verpflichtet sich, den Pachtzins fristgerecht ohne Abzüge zu zahlen. Bei Zahlungsverzug hat der Verpächter das Recht, Verzugszinsen zu verlangen.</w:t>
      </w:r>
    </w:p>
    <w:p/>
    <w:p>
      <w:r>
        <w:rPr>
          <w:b/>
          <w:sz w:val="20"/>
        </w:rPr>
        <w:t>§ 3 – Instandhaltung und Reparaturen</w:t>
      </w:r>
    </w:p>
    <w:p>
      <w:r>
        <w:rPr>
          <w:b w:val="0"/>
          <w:sz w:val="20"/>
        </w:rPr>
        <w:t>Der Pächter ist verpflichtet, die Pachtsache in einem ordnungsgemäßen Zustand zu erhalten. Kleinreparaturen bis zu einem Betrag von 100 EUR trägt der Pächter, größere Reparaturen übernimmt der Verpächter, sofern sie nicht durch unsachgemäßen Gebrauch entstanden sind.</w:t>
      </w:r>
    </w:p>
    <w:p/>
    <w:p>
      <w:r>
        <w:rPr>
          <w:b/>
          <w:sz w:val="20"/>
        </w:rPr>
        <w:t>§ 4 – Untervermietung und Veränderungen</w:t>
      </w:r>
    </w:p>
    <w:p>
      <w:r>
        <w:rPr>
          <w:b w:val="0"/>
          <w:sz w:val="20"/>
        </w:rPr>
        <w:t>Die Untervermietung oder sonstige Gebrauchsüberlassung an Dritte bedarf der schriftlichen Zustimmung des Verpächters. Bauliche Veränderungen oder sonstige Änderungen am Pachtobjekt sind nur mit vorheriger schriftlicher Genehmigung zulässig.</w:t>
      </w:r>
    </w:p>
    <w:p/>
    <w:p>
      <w:r>
        <w:rPr>
          <w:b/>
          <w:sz w:val="20"/>
        </w:rPr>
        <w:t>§ 5 – Kündigung</w:t>
      </w:r>
    </w:p>
    <w:p>
      <w:r>
        <w:rPr>
          <w:b w:val="0"/>
          <w:sz w:val="20"/>
        </w:rPr>
        <w:t>Die Kündigung des Pachtvertrags erfolgt schriftlich unter Einhaltung der gesetzlichen Fristen. Bei schwerwiegenden Vertragsverletzungen ist eine fristlose Kündigung möglich.</w:t>
      </w:r>
    </w:p>
    <w:p/>
    <w:p>
      <w:r>
        <w:rPr>
          <w:b/>
          <w:sz w:val="20"/>
        </w:rPr>
        <w:t>§ 6 – Haftung</w:t>
      </w:r>
    </w:p>
    <w:p>
      <w:r>
        <w:rPr>
          <w:b w:val="0"/>
          <w:sz w:val="20"/>
        </w:rPr>
        <w:t>Der Pächter haftet für Schäden, die er oder seine Erfüllungsgehilfen am Pachtobjekt verursachen. Der Verpächter haftet nur für grobe Fahrlässigkeit oder Vorsatz.</w:t>
      </w:r>
    </w:p>
    <w:p/>
    <w:p>
      <w:r>
        <w:rPr>
          <w:b/>
          <w:sz w:val="20"/>
        </w:rPr>
        <w:t>§ 7 – Sonstige Vereinbarungen</w:t>
      </w:r>
    </w:p>
    <w:p>
      <w:r>
        <w:rPr>
          <w:b w:val="0"/>
          <w:sz w:val="20"/>
        </w:rPr>
        <w:t>Weitere Vereinbarungen zwischen den Parteien sind schriftlich festzuhalten und Bestandteil dieses Vertrags.</w:t>
      </w:r>
    </w:p>
    <w:p/>
    <w:p/>
    <w:p>
      <w:r>
        <w:rPr>
          <w:b w:val="0"/>
          <w:sz w:val="20"/>
        </w:rPr>
        <w:t>Ort, Datum : 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VERPÄCHTER</w:t>
            </w:r>
          </w:p>
        </w:tc>
        <w:tc>
          <w:tcPr>
            <w:tcW w:type="dxa" w:w="4986"/>
            <w:tcBorders>
              <w:top w:val="nil"/>
              <w:left w:val="nil"/>
              <w:bottom w:val="nil"/>
              <w:right w:val="nil"/>
              <w:insideH w:val="nil"/>
              <w:insideV w:val="nil"/>
            </w:tcBorders>
          </w:tcPr>
          <w:p>
            <w:pPr>
              <w:jc w:val="center"/>
            </w:pPr>
            <w:r>
              <w:t>PÄCHTER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https://dokumentfertig.com/pachtvertrag-gastronomie/</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https://dokumentfertig.com</w:t>
        </w:r>
      </w:hyperlink>
    </w:p>
    <w:p>
      <w:pPr>
        <w:jc w:val="center"/>
      </w:pPr>
      <w:r>
        <w:rPr>
          <w:color w:val="808080"/>
          <w:sz w:val="20"/>
        </w:rPr>
        <w:t>Diese Vorlage ist ausschließlich für den persönlichen, nicht kommerziellen Gebrauch bestimmt.</w:t>
        <w:br/>
        <w:t>Bei Weitergabe oder Veröffentlichung ist die Nennung der Quelle verpflichtend. © dokumentfertig.com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kumentfertig.com/pachtvertrag-gastronomie/" TargetMode="External"/><Relationship Id="rId10" Type="http://schemas.openxmlformats.org/officeDocument/2006/relationships/hyperlink" Target="https://dokumentferti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